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7D4A6" w14:textId="77777777" w:rsidR="009D7B07" w:rsidRDefault="00000000">
      <w:pPr>
        <w:wordWrap w:val="0"/>
        <w:autoSpaceDE w:val="0"/>
        <w:autoSpaceDN w:val="0"/>
        <w:spacing w:after="486" w:line="14" w:lineRule="exact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2663B6DB" wp14:editId="5A6AAFD9">
            <wp:simplePos x="0" y="0"/>
            <wp:positionH relativeFrom="page">
              <wp:posOffset>900430</wp:posOffset>
            </wp:positionH>
            <wp:positionV relativeFrom="page">
              <wp:posOffset>540384</wp:posOffset>
            </wp:positionV>
            <wp:extent cx="1799590" cy="520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49E8EBD4" wp14:editId="07ABEF3F">
            <wp:simplePos x="0" y="0"/>
            <wp:positionH relativeFrom="page">
              <wp:posOffset>2086991</wp:posOffset>
            </wp:positionH>
            <wp:positionV relativeFrom="page">
              <wp:posOffset>1352931</wp:posOffset>
            </wp:positionV>
            <wp:extent cx="3392170" cy="177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9217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6A060572" wp14:editId="040BE426">
            <wp:simplePos x="0" y="0"/>
            <wp:positionH relativeFrom="page">
              <wp:posOffset>825817</wp:posOffset>
            </wp:positionH>
            <wp:positionV relativeFrom="page">
              <wp:posOffset>1171956</wp:posOffset>
            </wp:positionV>
            <wp:extent cx="6350" cy="6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 wp14:anchorId="573C3156" wp14:editId="3B3D9E8A">
            <wp:simplePos x="0" y="0"/>
            <wp:positionH relativeFrom="page">
              <wp:posOffset>825817</wp:posOffset>
            </wp:positionH>
            <wp:positionV relativeFrom="page">
              <wp:posOffset>1171956</wp:posOffset>
            </wp:positionV>
            <wp:extent cx="6350" cy="63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1" locked="0" layoutInCell="1" allowOverlap="1" wp14:anchorId="45F7D5FF" wp14:editId="4FD96483">
            <wp:simplePos x="0" y="0"/>
            <wp:positionH relativeFrom="page">
              <wp:posOffset>832167</wp:posOffset>
            </wp:positionH>
            <wp:positionV relativeFrom="page">
              <wp:posOffset>1171956</wp:posOffset>
            </wp:positionV>
            <wp:extent cx="5901690" cy="76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169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allowOverlap="1" wp14:anchorId="61F1DD5D" wp14:editId="16C62895">
            <wp:simplePos x="0" y="0"/>
            <wp:positionH relativeFrom="page">
              <wp:posOffset>6733920</wp:posOffset>
            </wp:positionH>
            <wp:positionV relativeFrom="page">
              <wp:posOffset>1171956</wp:posOffset>
            </wp:positionV>
            <wp:extent cx="6350" cy="63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1" locked="0" layoutInCell="1" allowOverlap="1" wp14:anchorId="4B0F8FE7" wp14:editId="2F107E77">
            <wp:simplePos x="0" y="0"/>
            <wp:positionH relativeFrom="page">
              <wp:posOffset>6733920</wp:posOffset>
            </wp:positionH>
            <wp:positionV relativeFrom="page">
              <wp:posOffset>1171956</wp:posOffset>
            </wp:positionV>
            <wp:extent cx="6350" cy="6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1" locked="0" layoutInCell="1" allowOverlap="1" wp14:anchorId="26D06423" wp14:editId="239E6271">
            <wp:simplePos x="0" y="0"/>
            <wp:positionH relativeFrom="page">
              <wp:posOffset>825817</wp:posOffset>
            </wp:positionH>
            <wp:positionV relativeFrom="page">
              <wp:posOffset>1178306</wp:posOffset>
            </wp:positionV>
            <wp:extent cx="7620" cy="2349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6432" behindDoc="1" locked="0" layoutInCell="1" allowOverlap="1" wp14:anchorId="0E3346B8" wp14:editId="602CC720">
            <wp:simplePos x="0" y="0"/>
            <wp:positionH relativeFrom="page">
              <wp:posOffset>6733920</wp:posOffset>
            </wp:positionH>
            <wp:positionV relativeFrom="page">
              <wp:posOffset>1178306</wp:posOffset>
            </wp:positionV>
            <wp:extent cx="7620" cy="2349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6" behindDoc="1" locked="0" layoutInCell="1" allowOverlap="1" wp14:anchorId="30DFFF00" wp14:editId="1C467DD1">
            <wp:simplePos x="0" y="0"/>
            <wp:positionH relativeFrom="page">
              <wp:posOffset>825817</wp:posOffset>
            </wp:positionH>
            <wp:positionV relativeFrom="page">
              <wp:posOffset>1413256</wp:posOffset>
            </wp:positionV>
            <wp:extent cx="7620" cy="1841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8480" behindDoc="1" locked="0" layoutInCell="1" allowOverlap="1" wp14:anchorId="57557418" wp14:editId="0453AD44">
            <wp:simplePos x="0" y="0"/>
            <wp:positionH relativeFrom="page">
              <wp:posOffset>6733920</wp:posOffset>
            </wp:positionH>
            <wp:positionV relativeFrom="page">
              <wp:posOffset>1413256</wp:posOffset>
            </wp:positionV>
            <wp:extent cx="7620" cy="1841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allowOverlap="1" wp14:anchorId="192AB670" wp14:editId="16A5AB06">
            <wp:simplePos x="0" y="0"/>
            <wp:positionH relativeFrom="page">
              <wp:posOffset>825817</wp:posOffset>
            </wp:positionH>
            <wp:positionV relativeFrom="page">
              <wp:posOffset>1794509</wp:posOffset>
            </wp:positionV>
            <wp:extent cx="6350" cy="63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0528" behindDoc="1" locked="0" layoutInCell="1" allowOverlap="1" wp14:anchorId="6C9ED1D4" wp14:editId="23E4AB40">
            <wp:simplePos x="0" y="0"/>
            <wp:positionH relativeFrom="page">
              <wp:posOffset>825817</wp:posOffset>
            </wp:positionH>
            <wp:positionV relativeFrom="page">
              <wp:posOffset>1794509</wp:posOffset>
            </wp:positionV>
            <wp:extent cx="6350" cy="63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2" behindDoc="1" locked="0" layoutInCell="1" allowOverlap="1" wp14:anchorId="168A8C32" wp14:editId="5C311AC0">
            <wp:simplePos x="0" y="0"/>
            <wp:positionH relativeFrom="page">
              <wp:posOffset>832167</wp:posOffset>
            </wp:positionH>
            <wp:positionV relativeFrom="page">
              <wp:posOffset>1794509</wp:posOffset>
            </wp:positionV>
            <wp:extent cx="5901690" cy="76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169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6" behindDoc="1" locked="0" layoutInCell="1" allowOverlap="1" wp14:anchorId="62DC279E" wp14:editId="32E8B982">
            <wp:simplePos x="0" y="0"/>
            <wp:positionH relativeFrom="page">
              <wp:posOffset>6733920</wp:posOffset>
            </wp:positionH>
            <wp:positionV relativeFrom="page">
              <wp:posOffset>1794509</wp:posOffset>
            </wp:positionV>
            <wp:extent cx="6350" cy="63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3600" behindDoc="1" locked="0" layoutInCell="1" allowOverlap="1" wp14:anchorId="2521734A" wp14:editId="0F50A72A">
            <wp:simplePos x="0" y="0"/>
            <wp:positionH relativeFrom="page">
              <wp:posOffset>6733920</wp:posOffset>
            </wp:positionH>
            <wp:positionV relativeFrom="page">
              <wp:posOffset>1794509</wp:posOffset>
            </wp:positionV>
            <wp:extent cx="6350" cy="63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4624" behindDoc="1" locked="0" layoutInCell="1" allowOverlap="1" wp14:anchorId="2429C276" wp14:editId="7115F84A">
            <wp:simplePos x="0" y="0"/>
            <wp:positionH relativeFrom="page">
              <wp:posOffset>825817</wp:posOffset>
            </wp:positionH>
            <wp:positionV relativeFrom="page">
              <wp:posOffset>1597342</wp:posOffset>
            </wp:positionV>
            <wp:extent cx="7620" cy="19748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8" behindDoc="1" locked="0" layoutInCell="1" allowOverlap="1" wp14:anchorId="72E31D66" wp14:editId="0DEBCF43">
            <wp:simplePos x="0" y="0"/>
            <wp:positionH relativeFrom="page">
              <wp:posOffset>6733920</wp:posOffset>
            </wp:positionH>
            <wp:positionV relativeFrom="page">
              <wp:posOffset>1597342</wp:posOffset>
            </wp:positionV>
            <wp:extent cx="7620" cy="19748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1" locked="0" layoutInCell="1" allowOverlap="1" wp14:anchorId="2A7B04E6" wp14:editId="4C77B0F0">
            <wp:simplePos x="0" y="0"/>
            <wp:positionH relativeFrom="page">
              <wp:posOffset>990917</wp:posOffset>
            </wp:positionH>
            <wp:positionV relativeFrom="page">
              <wp:posOffset>8508365</wp:posOffset>
            </wp:positionV>
            <wp:extent cx="2106295" cy="1524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6" behindDoc="1" locked="0" layoutInCell="1" allowOverlap="1" wp14:anchorId="26CBC8AC" wp14:editId="72DE2E05">
            <wp:simplePos x="0" y="0"/>
            <wp:positionH relativeFrom="page">
              <wp:posOffset>902017</wp:posOffset>
            </wp:positionH>
            <wp:positionV relativeFrom="page">
              <wp:posOffset>9445307</wp:posOffset>
            </wp:positionV>
            <wp:extent cx="1830070" cy="127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8720" behindDoc="1" locked="0" layoutInCell="1" allowOverlap="1" wp14:anchorId="50987738" wp14:editId="04226D7F">
            <wp:simplePos x="0" y="0"/>
            <wp:positionH relativeFrom="page">
              <wp:posOffset>3465576</wp:posOffset>
            </wp:positionH>
            <wp:positionV relativeFrom="page">
              <wp:posOffset>1883409</wp:posOffset>
            </wp:positionV>
            <wp:extent cx="3242945" cy="28448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9744" behindDoc="1" locked="0" layoutInCell="1" allowOverlap="1" wp14:anchorId="37CF65EC" wp14:editId="2A85DED6">
            <wp:simplePos x="0" y="0"/>
            <wp:positionH relativeFrom="page">
              <wp:posOffset>3465576</wp:posOffset>
            </wp:positionH>
            <wp:positionV relativeFrom="page">
              <wp:posOffset>2172334</wp:posOffset>
            </wp:positionV>
            <wp:extent cx="3242945" cy="24638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0768" behindDoc="1" locked="0" layoutInCell="1" allowOverlap="1" wp14:anchorId="6CC271E2" wp14:editId="7A97E981">
            <wp:simplePos x="0" y="0"/>
            <wp:positionH relativeFrom="page">
              <wp:posOffset>3465576</wp:posOffset>
            </wp:positionH>
            <wp:positionV relativeFrom="page">
              <wp:posOffset>2426334</wp:posOffset>
            </wp:positionV>
            <wp:extent cx="3242945" cy="24638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1792" behindDoc="1" locked="0" layoutInCell="1" allowOverlap="1" wp14:anchorId="30E5E430" wp14:editId="7E6FD5AF">
            <wp:simplePos x="0" y="0"/>
            <wp:positionH relativeFrom="page">
              <wp:posOffset>3465576</wp:posOffset>
            </wp:positionH>
            <wp:positionV relativeFrom="page">
              <wp:posOffset>2680271</wp:posOffset>
            </wp:positionV>
            <wp:extent cx="3242945" cy="24638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2816" behindDoc="1" locked="0" layoutInCell="1" allowOverlap="1" wp14:anchorId="23658905" wp14:editId="094654C5">
            <wp:simplePos x="0" y="0"/>
            <wp:positionH relativeFrom="page">
              <wp:posOffset>765492</wp:posOffset>
            </wp:positionH>
            <wp:positionV relativeFrom="page">
              <wp:posOffset>4366895</wp:posOffset>
            </wp:positionV>
            <wp:extent cx="870585" cy="15494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3840" behindDoc="1" locked="0" layoutInCell="1" allowOverlap="1" wp14:anchorId="6A2EB5C6" wp14:editId="1D004D37">
            <wp:simplePos x="0" y="0"/>
            <wp:positionH relativeFrom="page">
              <wp:posOffset>1724660</wp:posOffset>
            </wp:positionH>
            <wp:positionV relativeFrom="page">
              <wp:posOffset>4366895</wp:posOffset>
            </wp:positionV>
            <wp:extent cx="705485" cy="15494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4864" behindDoc="1" locked="0" layoutInCell="1" allowOverlap="1" wp14:anchorId="2F9EFA1E" wp14:editId="00EE2127">
            <wp:simplePos x="0" y="0"/>
            <wp:positionH relativeFrom="page">
              <wp:posOffset>2518791</wp:posOffset>
            </wp:positionH>
            <wp:positionV relativeFrom="page">
              <wp:posOffset>4366895</wp:posOffset>
            </wp:positionV>
            <wp:extent cx="518160" cy="15430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8" behindDoc="1" locked="0" layoutInCell="1" allowOverlap="1" wp14:anchorId="4A7A76E3" wp14:editId="572FB243">
            <wp:simplePos x="0" y="0"/>
            <wp:positionH relativeFrom="page">
              <wp:posOffset>3125470</wp:posOffset>
            </wp:positionH>
            <wp:positionV relativeFrom="page">
              <wp:posOffset>4366895</wp:posOffset>
            </wp:positionV>
            <wp:extent cx="651510" cy="15494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6912" behindDoc="1" locked="0" layoutInCell="1" allowOverlap="1" wp14:anchorId="5BD6AACD" wp14:editId="55635AFB">
            <wp:simplePos x="0" y="0"/>
            <wp:positionH relativeFrom="page">
              <wp:posOffset>3865626</wp:posOffset>
            </wp:positionH>
            <wp:positionV relativeFrom="page">
              <wp:posOffset>4366895</wp:posOffset>
            </wp:positionV>
            <wp:extent cx="683260" cy="1543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7936" behindDoc="1" locked="0" layoutInCell="1" allowOverlap="1" wp14:anchorId="5FA62739" wp14:editId="043B9FF6">
            <wp:simplePos x="0" y="0"/>
            <wp:positionH relativeFrom="page">
              <wp:posOffset>4637404</wp:posOffset>
            </wp:positionH>
            <wp:positionV relativeFrom="page">
              <wp:posOffset>4366895</wp:posOffset>
            </wp:positionV>
            <wp:extent cx="683260" cy="1543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8960" behindDoc="1" locked="0" layoutInCell="1" allowOverlap="1" wp14:anchorId="7E744335" wp14:editId="4D4333DA">
            <wp:simplePos x="0" y="0"/>
            <wp:positionH relativeFrom="page">
              <wp:posOffset>5409310</wp:posOffset>
            </wp:positionH>
            <wp:positionV relativeFrom="page">
              <wp:posOffset>4366895</wp:posOffset>
            </wp:positionV>
            <wp:extent cx="1299210" cy="15494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9984" behindDoc="1" locked="0" layoutInCell="1" allowOverlap="1" wp14:anchorId="262905BE" wp14:editId="0ECE11CF">
            <wp:simplePos x="0" y="0"/>
            <wp:positionH relativeFrom="page">
              <wp:posOffset>765492</wp:posOffset>
            </wp:positionH>
            <wp:positionV relativeFrom="page">
              <wp:posOffset>4525645</wp:posOffset>
            </wp:positionV>
            <wp:extent cx="870585" cy="15748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1008" behindDoc="1" locked="0" layoutInCell="1" allowOverlap="1" wp14:anchorId="128DE621" wp14:editId="68C22EBE">
            <wp:simplePos x="0" y="0"/>
            <wp:positionH relativeFrom="page">
              <wp:posOffset>1724660</wp:posOffset>
            </wp:positionH>
            <wp:positionV relativeFrom="page">
              <wp:posOffset>4525645</wp:posOffset>
            </wp:positionV>
            <wp:extent cx="705485" cy="15748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2032" behindDoc="1" locked="0" layoutInCell="1" allowOverlap="1" wp14:anchorId="7C88160C" wp14:editId="0BC2C133">
            <wp:simplePos x="0" y="0"/>
            <wp:positionH relativeFrom="page">
              <wp:posOffset>2518791</wp:posOffset>
            </wp:positionH>
            <wp:positionV relativeFrom="page">
              <wp:posOffset>4525645</wp:posOffset>
            </wp:positionV>
            <wp:extent cx="518160" cy="15684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3056" behindDoc="1" locked="0" layoutInCell="1" allowOverlap="1" wp14:anchorId="497A784D" wp14:editId="7A65F357">
            <wp:simplePos x="0" y="0"/>
            <wp:positionH relativeFrom="page">
              <wp:posOffset>3125470</wp:posOffset>
            </wp:positionH>
            <wp:positionV relativeFrom="page">
              <wp:posOffset>4525645</wp:posOffset>
            </wp:positionV>
            <wp:extent cx="651510" cy="15748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4080" behindDoc="1" locked="0" layoutInCell="1" allowOverlap="1" wp14:anchorId="34355AD9" wp14:editId="7DEB159D">
            <wp:simplePos x="0" y="0"/>
            <wp:positionH relativeFrom="page">
              <wp:posOffset>3865626</wp:posOffset>
            </wp:positionH>
            <wp:positionV relativeFrom="page">
              <wp:posOffset>4525645</wp:posOffset>
            </wp:positionV>
            <wp:extent cx="683260" cy="15684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5104" behindDoc="1" locked="0" layoutInCell="1" allowOverlap="1" wp14:anchorId="3EA91F9F" wp14:editId="792EECB4">
            <wp:simplePos x="0" y="0"/>
            <wp:positionH relativeFrom="page">
              <wp:posOffset>4637404</wp:posOffset>
            </wp:positionH>
            <wp:positionV relativeFrom="page">
              <wp:posOffset>4525645</wp:posOffset>
            </wp:positionV>
            <wp:extent cx="683260" cy="15684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6128" behindDoc="1" locked="0" layoutInCell="1" allowOverlap="1" wp14:anchorId="183B9C58" wp14:editId="41E9A5A0">
            <wp:simplePos x="0" y="0"/>
            <wp:positionH relativeFrom="page">
              <wp:posOffset>5409310</wp:posOffset>
            </wp:positionH>
            <wp:positionV relativeFrom="page">
              <wp:posOffset>4525645</wp:posOffset>
            </wp:positionV>
            <wp:extent cx="1299210" cy="15748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7152" behindDoc="1" locked="0" layoutInCell="1" allowOverlap="1" wp14:anchorId="3B83B3CE" wp14:editId="4695C705">
            <wp:simplePos x="0" y="0"/>
            <wp:positionH relativeFrom="page">
              <wp:posOffset>765492</wp:posOffset>
            </wp:positionH>
            <wp:positionV relativeFrom="page">
              <wp:posOffset>4687570</wp:posOffset>
            </wp:positionV>
            <wp:extent cx="870585" cy="15494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8176" behindDoc="1" locked="0" layoutInCell="1" allowOverlap="1" wp14:anchorId="7B00D4D8" wp14:editId="69F24DFD">
            <wp:simplePos x="0" y="0"/>
            <wp:positionH relativeFrom="page">
              <wp:posOffset>1724660</wp:posOffset>
            </wp:positionH>
            <wp:positionV relativeFrom="page">
              <wp:posOffset>4687570</wp:posOffset>
            </wp:positionV>
            <wp:extent cx="705485" cy="15494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9200" behindDoc="1" locked="0" layoutInCell="1" allowOverlap="1" wp14:anchorId="0FA6D5EE" wp14:editId="0E69B7F9">
            <wp:simplePos x="0" y="0"/>
            <wp:positionH relativeFrom="page">
              <wp:posOffset>2518791</wp:posOffset>
            </wp:positionH>
            <wp:positionV relativeFrom="page">
              <wp:posOffset>4687570</wp:posOffset>
            </wp:positionV>
            <wp:extent cx="518160" cy="15430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0224" behindDoc="1" locked="0" layoutInCell="1" allowOverlap="1" wp14:anchorId="08C37AE4" wp14:editId="4E4E2F7B">
            <wp:simplePos x="0" y="0"/>
            <wp:positionH relativeFrom="page">
              <wp:posOffset>3125470</wp:posOffset>
            </wp:positionH>
            <wp:positionV relativeFrom="page">
              <wp:posOffset>4687570</wp:posOffset>
            </wp:positionV>
            <wp:extent cx="651510" cy="15494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1248" behindDoc="1" locked="0" layoutInCell="1" allowOverlap="1" wp14:anchorId="2880536F" wp14:editId="5E0D8351">
            <wp:simplePos x="0" y="0"/>
            <wp:positionH relativeFrom="page">
              <wp:posOffset>3865626</wp:posOffset>
            </wp:positionH>
            <wp:positionV relativeFrom="page">
              <wp:posOffset>4687570</wp:posOffset>
            </wp:positionV>
            <wp:extent cx="683260" cy="15430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2272" behindDoc="1" locked="0" layoutInCell="1" allowOverlap="1" wp14:anchorId="4773AAE5" wp14:editId="3B6FDF52">
            <wp:simplePos x="0" y="0"/>
            <wp:positionH relativeFrom="page">
              <wp:posOffset>4637404</wp:posOffset>
            </wp:positionH>
            <wp:positionV relativeFrom="page">
              <wp:posOffset>4687570</wp:posOffset>
            </wp:positionV>
            <wp:extent cx="683260" cy="15430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3296" behindDoc="1" locked="0" layoutInCell="1" allowOverlap="1" wp14:anchorId="4DD7153F" wp14:editId="4F56DE2A">
            <wp:simplePos x="0" y="0"/>
            <wp:positionH relativeFrom="page">
              <wp:posOffset>5409310</wp:posOffset>
            </wp:positionH>
            <wp:positionV relativeFrom="page">
              <wp:posOffset>4687570</wp:posOffset>
            </wp:positionV>
            <wp:extent cx="1299210" cy="15494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4320" behindDoc="1" locked="0" layoutInCell="1" allowOverlap="1" wp14:anchorId="5295C7A6" wp14:editId="571915B4">
            <wp:simplePos x="0" y="0"/>
            <wp:positionH relativeFrom="page">
              <wp:posOffset>765492</wp:posOffset>
            </wp:positionH>
            <wp:positionV relativeFrom="page">
              <wp:posOffset>4846256</wp:posOffset>
            </wp:positionV>
            <wp:extent cx="870585" cy="15748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5344" behindDoc="1" locked="0" layoutInCell="1" allowOverlap="1" wp14:anchorId="78627187" wp14:editId="73AA51C2">
            <wp:simplePos x="0" y="0"/>
            <wp:positionH relativeFrom="page">
              <wp:posOffset>1724660</wp:posOffset>
            </wp:positionH>
            <wp:positionV relativeFrom="page">
              <wp:posOffset>4846256</wp:posOffset>
            </wp:positionV>
            <wp:extent cx="705485" cy="15748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6368" behindDoc="1" locked="0" layoutInCell="1" allowOverlap="1" wp14:anchorId="680F7A48" wp14:editId="34D31145">
            <wp:simplePos x="0" y="0"/>
            <wp:positionH relativeFrom="page">
              <wp:posOffset>2518791</wp:posOffset>
            </wp:positionH>
            <wp:positionV relativeFrom="page">
              <wp:posOffset>4846256</wp:posOffset>
            </wp:positionV>
            <wp:extent cx="518160" cy="15684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7392" behindDoc="1" locked="0" layoutInCell="1" allowOverlap="1" wp14:anchorId="204A5A3C" wp14:editId="5F74854A">
            <wp:simplePos x="0" y="0"/>
            <wp:positionH relativeFrom="page">
              <wp:posOffset>3125470</wp:posOffset>
            </wp:positionH>
            <wp:positionV relativeFrom="page">
              <wp:posOffset>4846256</wp:posOffset>
            </wp:positionV>
            <wp:extent cx="651510" cy="15748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8416" behindDoc="1" locked="0" layoutInCell="1" allowOverlap="1" wp14:anchorId="142A4B64" wp14:editId="359AF732">
            <wp:simplePos x="0" y="0"/>
            <wp:positionH relativeFrom="page">
              <wp:posOffset>3865626</wp:posOffset>
            </wp:positionH>
            <wp:positionV relativeFrom="page">
              <wp:posOffset>4846256</wp:posOffset>
            </wp:positionV>
            <wp:extent cx="683260" cy="156845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9440" behindDoc="1" locked="0" layoutInCell="1" allowOverlap="1" wp14:anchorId="150A1807" wp14:editId="3F48765F">
            <wp:simplePos x="0" y="0"/>
            <wp:positionH relativeFrom="page">
              <wp:posOffset>4637404</wp:posOffset>
            </wp:positionH>
            <wp:positionV relativeFrom="page">
              <wp:posOffset>4846256</wp:posOffset>
            </wp:positionV>
            <wp:extent cx="683260" cy="156845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0464" behindDoc="1" locked="0" layoutInCell="1" allowOverlap="1" wp14:anchorId="59F1EC55" wp14:editId="31046035">
            <wp:simplePos x="0" y="0"/>
            <wp:positionH relativeFrom="page">
              <wp:posOffset>5409310</wp:posOffset>
            </wp:positionH>
            <wp:positionV relativeFrom="page">
              <wp:posOffset>4846256</wp:posOffset>
            </wp:positionV>
            <wp:extent cx="1299210" cy="15748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1488" behindDoc="1" locked="0" layoutInCell="1" allowOverlap="1" wp14:anchorId="0FEB973D" wp14:editId="5C15CBA9">
            <wp:simplePos x="0" y="0"/>
            <wp:positionH relativeFrom="page">
              <wp:posOffset>765492</wp:posOffset>
            </wp:positionH>
            <wp:positionV relativeFrom="page">
              <wp:posOffset>5005323</wp:posOffset>
            </wp:positionV>
            <wp:extent cx="870585" cy="15494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2512" behindDoc="1" locked="0" layoutInCell="1" allowOverlap="1" wp14:anchorId="4B32FDB1" wp14:editId="7E3B4D55">
            <wp:simplePos x="0" y="0"/>
            <wp:positionH relativeFrom="page">
              <wp:posOffset>1724660</wp:posOffset>
            </wp:positionH>
            <wp:positionV relativeFrom="page">
              <wp:posOffset>5005323</wp:posOffset>
            </wp:positionV>
            <wp:extent cx="705485" cy="15494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3536" behindDoc="1" locked="0" layoutInCell="1" allowOverlap="1" wp14:anchorId="4412B482" wp14:editId="1CA3B82B">
            <wp:simplePos x="0" y="0"/>
            <wp:positionH relativeFrom="page">
              <wp:posOffset>2518791</wp:posOffset>
            </wp:positionH>
            <wp:positionV relativeFrom="page">
              <wp:posOffset>5005323</wp:posOffset>
            </wp:positionV>
            <wp:extent cx="518160" cy="154305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4560" behindDoc="1" locked="0" layoutInCell="1" allowOverlap="1" wp14:anchorId="4FDD1466" wp14:editId="6F647188">
            <wp:simplePos x="0" y="0"/>
            <wp:positionH relativeFrom="page">
              <wp:posOffset>3125470</wp:posOffset>
            </wp:positionH>
            <wp:positionV relativeFrom="page">
              <wp:posOffset>5005323</wp:posOffset>
            </wp:positionV>
            <wp:extent cx="651510" cy="15494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5584" behindDoc="1" locked="0" layoutInCell="1" allowOverlap="1" wp14:anchorId="7B645E7F" wp14:editId="548A2426">
            <wp:simplePos x="0" y="0"/>
            <wp:positionH relativeFrom="page">
              <wp:posOffset>3865626</wp:posOffset>
            </wp:positionH>
            <wp:positionV relativeFrom="page">
              <wp:posOffset>5005323</wp:posOffset>
            </wp:positionV>
            <wp:extent cx="683260" cy="154305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6608" behindDoc="1" locked="0" layoutInCell="1" allowOverlap="1" wp14:anchorId="5299A2F1" wp14:editId="6B0CC8EC">
            <wp:simplePos x="0" y="0"/>
            <wp:positionH relativeFrom="page">
              <wp:posOffset>4637404</wp:posOffset>
            </wp:positionH>
            <wp:positionV relativeFrom="page">
              <wp:posOffset>5005323</wp:posOffset>
            </wp:positionV>
            <wp:extent cx="683260" cy="154305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7632" behindDoc="1" locked="0" layoutInCell="1" allowOverlap="1" wp14:anchorId="6484E99D" wp14:editId="5A030AD1">
            <wp:simplePos x="0" y="0"/>
            <wp:positionH relativeFrom="page">
              <wp:posOffset>5409310</wp:posOffset>
            </wp:positionH>
            <wp:positionV relativeFrom="page">
              <wp:posOffset>5005323</wp:posOffset>
            </wp:positionV>
            <wp:extent cx="1299210" cy="15494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8656" behindDoc="1" locked="0" layoutInCell="1" allowOverlap="1" wp14:anchorId="41C2EB83" wp14:editId="6DD1D688">
            <wp:simplePos x="0" y="0"/>
            <wp:positionH relativeFrom="page">
              <wp:posOffset>765492</wp:posOffset>
            </wp:positionH>
            <wp:positionV relativeFrom="page">
              <wp:posOffset>5164073</wp:posOffset>
            </wp:positionV>
            <wp:extent cx="870585" cy="15748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9680" behindDoc="1" locked="0" layoutInCell="1" allowOverlap="1" wp14:anchorId="2620065C" wp14:editId="35A0C114">
            <wp:simplePos x="0" y="0"/>
            <wp:positionH relativeFrom="page">
              <wp:posOffset>1724660</wp:posOffset>
            </wp:positionH>
            <wp:positionV relativeFrom="page">
              <wp:posOffset>5164073</wp:posOffset>
            </wp:positionV>
            <wp:extent cx="705485" cy="15748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0704" behindDoc="1" locked="0" layoutInCell="1" allowOverlap="1" wp14:anchorId="731BE4F1" wp14:editId="102AF919">
            <wp:simplePos x="0" y="0"/>
            <wp:positionH relativeFrom="page">
              <wp:posOffset>2518791</wp:posOffset>
            </wp:positionH>
            <wp:positionV relativeFrom="page">
              <wp:posOffset>5164073</wp:posOffset>
            </wp:positionV>
            <wp:extent cx="518160" cy="156845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1728" behindDoc="1" locked="0" layoutInCell="1" allowOverlap="1" wp14:anchorId="5BA2FE2F" wp14:editId="16FE4391">
            <wp:simplePos x="0" y="0"/>
            <wp:positionH relativeFrom="page">
              <wp:posOffset>3125470</wp:posOffset>
            </wp:positionH>
            <wp:positionV relativeFrom="page">
              <wp:posOffset>5164073</wp:posOffset>
            </wp:positionV>
            <wp:extent cx="651510" cy="15748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2752" behindDoc="1" locked="0" layoutInCell="1" allowOverlap="1" wp14:anchorId="3372DA22" wp14:editId="582716A1">
            <wp:simplePos x="0" y="0"/>
            <wp:positionH relativeFrom="page">
              <wp:posOffset>3865626</wp:posOffset>
            </wp:positionH>
            <wp:positionV relativeFrom="page">
              <wp:posOffset>5164073</wp:posOffset>
            </wp:positionV>
            <wp:extent cx="683260" cy="156845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3776" behindDoc="1" locked="0" layoutInCell="1" allowOverlap="1" wp14:anchorId="6E9BF4E1" wp14:editId="700E4622">
            <wp:simplePos x="0" y="0"/>
            <wp:positionH relativeFrom="page">
              <wp:posOffset>4637404</wp:posOffset>
            </wp:positionH>
            <wp:positionV relativeFrom="page">
              <wp:posOffset>5164073</wp:posOffset>
            </wp:positionV>
            <wp:extent cx="683260" cy="156845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4800" behindDoc="1" locked="0" layoutInCell="1" allowOverlap="1" wp14:anchorId="6EA583DB" wp14:editId="5EC04BFD">
            <wp:simplePos x="0" y="0"/>
            <wp:positionH relativeFrom="page">
              <wp:posOffset>5409310</wp:posOffset>
            </wp:positionH>
            <wp:positionV relativeFrom="page">
              <wp:posOffset>5164073</wp:posOffset>
            </wp:positionV>
            <wp:extent cx="1299210" cy="15748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5824" behindDoc="1" locked="0" layoutInCell="1" allowOverlap="1" wp14:anchorId="12300440" wp14:editId="571FCED6">
            <wp:simplePos x="0" y="0"/>
            <wp:positionH relativeFrom="page">
              <wp:posOffset>765492</wp:posOffset>
            </wp:positionH>
            <wp:positionV relativeFrom="page">
              <wp:posOffset>5325998</wp:posOffset>
            </wp:positionV>
            <wp:extent cx="870585" cy="15494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6848" behindDoc="1" locked="0" layoutInCell="1" allowOverlap="1" wp14:anchorId="7A4EBB6F" wp14:editId="39798D68">
            <wp:simplePos x="0" y="0"/>
            <wp:positionH relativeFrom="page">
              <wp:posOffset>1724660</wp:posOffset>
            </wp:positionH>
            <wp:positionV relativeFrom="page">
              <wp:posOffset>5325998</wp:posOffset>
            </wp:positionV>
            <wp:extent cx="705485" cy="15494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7872" behindDoc="1" locked="0" layoutInCell="1" allowOverlap="1" wp14:anchorId="0732A0D5" wp14:editId="3C50BAE2">
            <wp:simplePos x="0" y="0"/>
            <wp:positionH relativeFrom="page">
              <wp:posOffset>2518791</wp:posOffset>
            </wp:positionH>
            <wp:positionV relativeFrom="page">
              <wp:posOffset>5325998</wp:posOffset>
            </wp:positionV>
            <wp:extent cx="518160" cy="154305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8896" behindDoc="1" locked="0" layoutInCell="1" allowOverlap="1" wp14:anchorId="001E5017" wp14:editId="25F3299F">
            <wp:simplePos x="0" y="0"/>
            <wp:positionH relativeFrom="page">
              <wp:posOffset>3125470</wp:posOffset>
            </wp:positionH>
            <wp:positionV relativeFrom="page">
              <wp:posOffset>5325998</wp:posOffset>
            </wp:positionV>
            <wp:extent cx="651510" cy="15494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9920" behindDoc="1" locked="0" layoutInCell="1" allowOverlap="1" wp14:anchorId="7C907321" wp14:editId="4C9DB452">
            <wp:simplePos x="0" y="0"/>
            <wp:positionH relativeFrom="page">
              <wp:posOffset>3865626</wp:posOffset>
            </wp:positionH>
            <wp:positionV relativeFrom="page">
              <wp:posOffset>5325998</wp:posOffset>
            </wp:positionV>
            <wp:extent cx="683260" cy="154305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0944" behindDoc="1" locked="0" layoutInCell="1" allowOverlap="1" wp14:anchorId="591B8707" wp14:editId="1017FE33">
            <wp:simplePos x="0" y="0"/>
            <wp:positionH relativeFrom="page">
              <wp:posOffset>4637404</wp:posOffset>
            </wp:positionH>
            <wp:positionV relativeFrom="page">
              <wp:posOffset>5325998</wp:posOffset>
            </wp:positionV>
            <wp:extent cx="683260" cy="154305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1968" behindDoc="1" locked="0" layoutInCell="1" allowOverlap="1" wp14:anchorId="037F982A" wp14:editId="50FD281F">
            <wp:simplePos x="0" y="0"/>
            <wp:positionH relativeFrom="page">
              <wp:posOffset>5409310</wp:posOffset>
            </wp:positionH>
            <wp:positionV relativeFrom="page">
              <wp:posOffset>5325998</wp:posOffset>
            </wp:positionV>
            <wp:extent cx="1299210" cy="15494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2992" behindDoc="1" locked="0" layoutInCell="1" allowOverlap="1" wp14:anchorId="1AF91531" wp14:editId="60AEA9CD">
            <wp:simplePos x="0" y="0"/>
            <wp:positionH relativeFrom="page">
              <wp:posOffset>765492</wp:posOffset>
            </wp:positionH>
            <wp:positionV relativeFrom="page">
              <wp:posOffset>5484748</wp:posOffset>
            </wp:positionV>
            <wp:extent cx="870585" cy="15494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4016" behindDoc="1" locked="0" layoutInCell="1" allowOverlap="1" wp14:anchorId="27B515BC" wp14:editId="690F953A">
            <wp:simplePos x="0" y="0"/>
            <wp:positionH relativeFrom="page">
              <wp:posOffset>1724660</wp:posOffset>
            </wp:positionH>
            <wp:positionV relativeFrom="page">
              <wp:posOffset>5484748</wp:posOffset>
            </wp:positionV>
            <wp:extent cx="705485" cy="15494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5040" behindDoc="1" locked="0" layoutInCell="1" allowOverlap="1" wp14:anchorId="15DCBA4C" wp14:editId="4FE3C27C">
            <wp:simplePos x="0" y="0"/>
            <wp:positionH relativeFrom="page">
              <wp:posOffset>2518791</wp:posOffset>
            </wp:positionH>
            <wp:positionV relativeFrom="page">
              <wp:posOffset>5484748</wp:posOffset>
            </wp:positionV>
            <wp:extent cx="518160" cy="154305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6064" behindDoc="1" locked="0" layoutInCell="1" allowOverlap="1" wp14:anchorId="6FA8F6D2" wp14:editId="4011C615">
            <wp:simplePos x="0" y="0"/>
            <wp:positionH relativeFrom="page">
              <wp:posOffset>3125470</wp:posOffset>
            </wp:positionH>
            <wp:positionV relativeFrom="page">
              <wp:posOffset>5484748</wp:posOffset>
            </wp:positionV>
            <wp:extent cx="651510" cy="154940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7088" behindDoc="1" locked="0" layoutInCell="1" allowOverlap="1" wp14:anchorId="04E8EDC6" wp14:editId="76F665BF">
            <wp:simplePos x="0" y="0"/>
            <wp:positionH relativeFrom="page">
              <wp:posOffset>3865626</wp:posOffset>
            </wp:positionH>
            <wp:positionV relativeFrom="page">
              <wp:posOffset>5484748</wp:posOffset>
            </wp:positionV>
            <wp:extent cx="683260" cy="154305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8112" behindDoc="1" locked="0" layoutInCell="1" allowOverlap="1" wp14:anchorId="65AA3FA7" wp14:editId="4F58DFD4">
            <wp:simplePos x="0" y="0"/>
            <wp:positionH relativeFrom="page">
              <wp:posOffset>4637404</wp:posOffset>
            </wp:positionH>
            <wp:positionV relativeFrom="page">
              <wp:posOffset>5484748</wp:posOffset>
            </wp:positionV>
            <wp:extent cx="683260" cy="154305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9136" behindDoc="1" locked="0" layoutInCell="1" allowOverlap="1" wp14:anchorId="1F8FB304" wp14:editId="66D3629D">
            <wp:simplePos x="0" y="0"/>
            <wp:positionH relativeFrom="page">
              <wp:posOffset>5409310</wp:posOffset>
            </wp:positionH>
            <wp:positionV relativeFrom="page">
              <wp:posOffset>5484748</wp:posOffset>
            </wp:positionV>
            <wp:extent cx="1299210" cy="154940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0160" behindDoc="1" locked="0" layoutInCell="1" allowOverlap="1" wp14:anchorId="567B09C9" wp14:editId="49333B50">
            <wp:simplePos x="0" y="0"/>
            <wp:positionH relativeFrom="page">
              <wp:posOffset>765492</wp:posOffset>
            </wp:positionH>
            <wp:positionV relativeFrom="page">
              <wp:posOffset>5643498</wp:posOffset>
            </wp:positionV>
            <wp:extent cx="870585" cy="160020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1184" behindDoc="1" locked="0" layoutInCell="1" allowOverlap="1" wp14:anchorId="4D7736FE" wp14:editId="71857A53">
            <wp:simplePos x="0" y="0"/>
            <wp:positionH relativeFrom="page">
              <wp:posOffset>1724660</wp:posOffset>
            </wp:positionH>
            <wp:positionV relativeFrom="page">
              <wp:posOffset>5643498</wp:posOffset>
            </wp:positionV>
            <wp:extent cx="705485" cy="160020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2208" behindDoc="1" locked="0" layoutInCell="1" allowOverlap="1" wp14:anchorId="28B2AA01" wp14:editId="6930B8E9">
            <wp:simplePos x="0" y="0"/>
            <wp:positionH relativeFrom="page">
              <wp:posOffset>2518791</wp:posOffset>
            </wp:positionH>
            <wp:positionV relativeFrom="page">
              <wp:posOffset>5643498</wp:posOffset>
            </wp:positionV>
            <wp:extent cx="518160" cy="159385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3232" behindDoc="1" locked="0" layoutInCell="1" allowOverlap="1" wp14:anchorId="0D32A69A" wp14:editId="6B2E2142">
            <wp:simplePos x="0" y="0"/>
            <wp:positionH relativeFrom="page">
              <wp:posOffset>3125470</wp:posOffset>
            </wp:positionH>
            <wp:positionV relativeFrom="page">
              <wp:posOffset>5643498</wp:posOffset>
            </wp:positionV>
            <wp:extent cx="651510" cy="160020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4256" behindDoc="1" locked="0" layoutInCell="1" allowOverlap="1" wp14:anchorId="63BECD79" wp14:editId="29DD7566">
            <wp:simplePos x="0" y="0"/>
            <wp:positionH relativeFrom="page">
              <wp:posOffset>3865626</wp:posOffset>
            </wp:positionH>
            <wp:positionV relativeFrom="page">
              <wp:posOffset>5643498</wp:posOffset>
            </wp:positionV>
            <wp:extent cx="683260" cy="159385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5280" behindDoc="1" locked="0" layoutInCell="1" allowOverlap="1" wp14:anchorId="2FED86BF" wp14:editId="46572C2C">
            <wp:simplePos x="0" y="0"/>
            <wp:positionH relativeFrom="page">
              <wp:posOffset>4637404</wp:posOffset>
            </wp:positionH>
            <wp:positionV relativeFrom="page">
              <wp:posOffset>5643498</wp:posOffset>
            </wp:positionV>
            <wp:extent cx="683260" cy="159385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6304" behindDoc="1" locked="0" layoutInCell="1" allowOverlap="1" wp14:anchorId="19466536" wp14:editId="3CA57832">
            <wp:simplePos x="0" y="0"/>
            <wp:positionH relativeFrom="page">
              <wp:posOffset>5409310</wp:posOffset>
            </wp:positionH>
            <wp:positionV relativeFrom="page">
              <wp:posOffset>5643498</wp:posOffset>
            </wp:positionV>
            <wp:extent cx="1299210" cy="16002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7328" behindDoc="1" locked="0" layoutInCell="1" allowOverlap="1" wp14:anchorId="3300FD1E" wp14:editId="47FB3167">
            <wp:simplePos x="0" y="0"/>
            <wp:positionH relativeFrom="page">
              <wp:posOffset>765492</wp:posOffset>
            </wp:positionH>
            <wp:positionV relativeFrom="page">
              <wp:posOffset>5805487</wp:posOffset>
            </wp:positionV>
            <wp:extent cx="870585" cy="154940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8352" behindDoc="1" locked="0" layoutInCell="1" allowOverlap="1" wp14:anchorId="0AA31D87" wp14:editId="2EB0871B">
            <wp:simplePos x="0" y="0"/>
            <wp:positionH relativeFrom="page">
              <wp:posOffset>1724660</wp:posOffset>
            </wp:positionH>
            <wp:positionV relativeFrom="page">
              <wp:posOffset>5805487</wp:posOffset>
            </wp:positionV>
            <wp:extent cx="705485" cy="154940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9376" behindDoc="1" locked="0" layoutInCell="1" allowOverlap="1" wp14:anchorId="453BE017" wp14:editId="25109E8F">
            <wp:simplePos x="0" y="0"/>
            <wp:positionH relativeFrom="page">
              <wp:posOffset>2518791</wp:posOffset>
            </wp:positionH>
            <wp:positionV relativeFrom="page">
              <wp:posOffset>5805487</wp:posOffset>
            </wp:positionV>
            <wp:extent cx="518160" cy="154305"/>
            <wp:effectExtent l="0" t="0" r="0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0400" behindDoc="1" locked="0" layoutInCell="1" allowOverlap="1" wp14:anchorId="099FA360" wp14:editId="4C4B6208">
            <wp:simplePos x="0" y="0"/>
            <wp:positionH relativeFrom="page">
              <wp:posOffset>3125470</wp:posOffset>
            </wp:positionH>
            <wp:positionV relativeFrom="page">
              <wp:posOffset>5805487</wp:posOffset>
            </wp:positionV>
            <wp:extent cx="651510" cy="15494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1424" behindDoc="1" locked="0" layoutInCell="1" allowOverlap="1" wp14:anchorId="02FCA3AD" wp14:editId="311FE45D">
            <wp:simplePos x="0" y="0"/>
            <wp:positionH relativeFrom="page">
              <wp:posOffset>3865626</wp:posOffset>
            </wp:positionH>
            <wp:positionV relativeFrom="page">
              <wp:posOffset>5805487</wp:posOffset>
            </wp:positionV>
            <wp:extent cx="683260" cy="154305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2448" behindDoc="1" locked="0" layoutInCell="1" allowOverlap="1" wp14:anchorId="2F888653" wp14:editId="2395F406">
            <wp:simplePos x="0" y="0"/>
            <wp:positionH relativeFrom="page">
              <wp:posOffset>4637404</wp:posOffset>
            </wp:positionH>
            <wp:positionV relativeFrom="page">
              <wp:posOffset>5805487</wp:posOffset>
            </wp:positionV>
            <wp:extent cx="683260" cy="154305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3472" behindDoc="1" locked="0" layoutInCell="1" allowOverlap="1" wp14:anchorId="4ABF43CD" wp14:editId="2698DD1A">
            <wp:simplePos x="0" y="0"/>
            <wp:positionH relativeFrom="page">
              <wp:posOffset>5409310</wp:posOffset>
            </wp:positionH>
            <wp:positionV relativeFrom="page">
              <wp:posOffset>5805487</wp:posOffset>
            </wp:positionV>
            <wp:extent cx="1299210" cy="154940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4496" behindDoc="1" locked="0" layoutInCell="1" allowOverlap="1" wp14:anchorId="5166E8D0" wp14:editId="73FE6081">
            <wp:simplePos x="0" y="0"/>
            <wp:positionH relativeFrom="page">
              <wp:posOffset>765492</wp:posOffset>
            </wp:positionH>
            <wp:positionV relativeFrom="page">
              <wp:posOffset>5977254</wp:posOffset>
            </wp:positionV>
            <wp:extent cx="870585" cy="154940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5520" behindDoc="1" locked="0" layoutInCell="1" allowOverlap="1" wp14:anchorId="00C9391E" wp14:editId="42A0D7F0">
            <wp:simplePos x="0" y="0"/>
            <wp:positionH relativeFrom="page">
              <wp:posOffset>1724660</wp:posOffset>
            </wp:positionH>
            <wp:positionV relativeFrom="page">
              <wp:posOffset>5977254</wp:posOffset>
            </wp:positionV>
            <wp:extent cx="705485" cy="154940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6544" behindDoc="1" locked="0" layoutInCell="1" allowOverlap="1" wp14:anchorId="2F88FA31" wp14:editId="34F2ED3D">
            <wp:simplePos x="0" y="0"/>
            <wp:positionH relativeFrom="page">
              <wp:posOffset>2518791</wp:posOffset>
            </wp:positionH>
            <wp:positionV relativeFrom="page">
              <wp:posOffset>5977254</wp:posOffset>
            </wp:positionV>
            <wp:extent cx="518160" cy="154305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7568" behindDoc="1" locked="0" layoutInCell="1" allowOverlap="1" wp14:anchorId="668402EB" wp14:editId="7170CF54">
            <wp:simplePos x="0" y="0"/>
            <wp:positionH relativeFrom="page">
              <wp:posOffset>3125470</wp:posOffset>
            </wp:positionH>
            <wp:positionV relativeFrom="page">
              <wp:posOffset>5977254</wp:posOffset>
            </wp:positionV>
            <wp:extent cx="651510" cy="154940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8592" behindDoc="1" locked="0" layoutInCell="1" allowOverlap="1" wp14:anchorId="0FCEC12E" wp14:editId="09D5B856">
            <wp:simplePos x="0" y="0"/>
            <wp:positionH relativeFrom="page">
              <wp:posOffset>3865626</wp:posOffset>
            </wp:positionH>
            <wp:positionV relativeFrom="page">
              <wp:posOffset>5977254</wp:posOffset>
            </wp:positionV>
            <wp:extent cx="683260" cy="154305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9616" behindDoc="1" locked="0" layoutInCell="1" allowOverlap="1" wp14:anchorId="670D7EAD" wp14:editId="0BC19EF9">
            <wp:simplePos x="0" y="0"/>
            <wp:positionH relativeFrom="page">
              <wp:posOffset>4637404</wp:posOffset>
            </wp:positionH>
            <wp:positionV relativeFrom="page">
              <wp:posOffset>5977254</wp:posOffset>
            </wp:positionV>
            <wp:extent cx="683260" cy="154305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0640" behindDoc="1" locked="0" layoutInCell="1" allowOverlap="1" wp14:anchorId="1DFC6E0E" wp14:editId="7816E061">
            <wp:simplePos x="0" y="0"/>
            <wp:positionH relativeFrom="page">
              <wp:posOffset>5409310</wp:posOffset>
            </wp:positionH>
            <wp:positionV relativeFrom="page">
              <wp:posOffset>5977254</wp:posOffset>
            </wp:positionV>
            <wp:extent cx="1299210" cy="15494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1664" behindDoc="1" locked="0" layoutInCell="1" allowOverlap="1" wp14:anchorId="20AAEC84" wp14:editId="5840406B">
            <wp:simplePos x="0" y="0"/>
            <wp:positionH relativeFrom="page">
              <wp:posOffset>1937766</wp:posOffset>
            </wp:positionH>
            <wp:positionV relativeFrom="page">
              <wp:posOffset>6342379</wp:posOffset>
            </wp:positionV>
            <wp:extent cx="4770755" cy="213360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2688" behindDoc="1" locked="0" layoutInCell="1" allowOverlap="1" wp14:anchorId="33F4391D" wp14:editId="3B3FEB1F">
            <wp:simplePos x="0" y="0"/>
            <wp:positionH relativeFrom="page">
              <wp:posOffset>1937766</wp:posOffset>
            </wp:positionH>
            <wp:positionV relativeFrom="page">
              <wp:posOffset>6596380</wp:posOffset>
            </wp:positionV>
            <wp:extent cx="4770755" cy="21336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3712" behindDoc="1" locked="0" layoutInCell="1" allowOverlap="1" wp14:anchorId="1E2BD915" wp14:editId="1333C5C9">
            <wp:simplePos x="0" y="0"/>
            <wp:positionH relativeFrom="page">
              <wp:posOffset>1937766</wp:posOffset>
            </wp:positionH>
            <wp:positionV relativeFrom="page">
              <wp:posOffset>6850316</wp:posOffset>
            </wp:positionV>
            <wp:extent cx="4770755" cy="215900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4736" behindDoc="1" locked="0" layoutInCell="1" allowOverlap="1" wp14:anchorId="44376A9D" wp14:editId="1D01E486">
            <wp:simplePos x="0" y="0"/>
            <wp:positionH relativeFrom="page">
              <wp:posOffset>1937766</wp:posOffset>
            </wp:positionH>
            <wp:positionV relativeFrom="page">
              <wp:posOffset>7104634</wp:posOffset>
            </wp:positionV>
            <wp:extent cx="4770755" cy="21336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5760" behindDoc="1" locked="0" layoutInCell="1" allowOverlap="1" wp14:anchorId="6CA8BA33" wp14:editId="1FFC2859">
            <wp:simplePos x="0" y="0"/>
            <wp:positionH relativeFrom="page">
              <wp:posOffset>1937766</wp:posOffset>
            </wp:positionH>
            <wp:positionV relativeFrom="page">
              <wp:posOffset>7358633</wp:posOffset>
            </wp:positionV>
            <wp:extent cx="4770755" cy="213360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6784" behindDoc="1" locked="0" layoutInCell="1" allowOverlap="1" wp14:anchorId="27A48E83" wp14:editId="6EFC098F">
            <wp:simplePos x="0" y="0"/>
            <wp:positionH relativeFrom="page">
              <wp:posOffset>4637404</wp:posOffset>
            </wp:positionH>
            <wp:positionV relativeFrom="page">
              <wp:posOffset>7815833</wp:posOffset>
            </wp:positionV>
            <wp:extent cx="2071370" cy="246380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45C7D0" w14:textId="77777777" w:rsidR="009D7B07" w:rsidRPr="00B00484" w:rsidRDefault="00000000">
      <w:pPr>
        <w:wordWrap w:val="0"/>
        <w:autoSpaceDE w:val="0"/>
        <w:autoSpaceDN w:val="0"/>
        <w:spacing w:before="1000" w:after="55" w:line="240" w:lineRule="exact"/>
        <w:ind w:left="2196"/>
        <w:rPr>
          <w:lang w:val="cs-CZ"/>
        </w:rPr>
      </w:pPr>
      <w:r w:rsidRPr="00B00484">
        <w:rPr>
          <w:rFonts w:ascii="Tahoma" w:eastAsia="Tahoma" w:hAnsi="Tahoma"/>
          <w:b/>
          <w:color w:val="000000"/>
          <w:sz w:val="24"/>
          <w:lang w:val="cs-CZ"/>
        </w:rPr>
        <w:t>Závěrečné</w:t>
      </w:r>
      <w:r w:rsidRPr="00B00484">
        <w:rPr>
          <w:rFonts w:ascii="Times New Roman" w:eastAsia="Times New Roman" w:hAnsi="Times New Roman"/>
          <w:b/>
          <w:color w:val="000000"/>
          <w:spacing w:val="10"/>
          <w:sz w:val="24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sz w:val="24"/>
          <w:lang w:val="cs-CZ"/>
        </w:rPr>
        <w:t>vyhodnocení</w:t>
      </w:r>
      <w:r w:rsidRPr="00B00484">
        <w:rPr>
          <w:rFonts w:ascii="Times New Roman" w:eastAsia="Times New Roman" w:hAnsi="Times New Roman"/>
          <w:b/>
          <w:color w:val="000000"/>
          <w:spacing w:val="14"/>
          <w:sz w:val="24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spacing w:val="-2"/>
          <w:sz w:val="24"/>
          <w:lang w:val="cs-CZ"/>
        </w:rPr>
        <w:t>i</w:t>
      </w:r>
      <w:r w:rsidRPr="00B00484">
        <w:rPr>
          <w:rFonts w:ascii="Tahoma" w:eastAsia="Tahoma" w:hAnsi="Tahoma"/>
          <w:b/>
          <w:color w:val="000000"/>
          <w:sz w:val="24"/>
          <w:lang w:val="cs-CZ"/>
        </w:rPr>
        <w:t>nvestičního</w:t>
      </w:r>
      <w:r w:rsidRPr="00B00484">
        <w:rPr>
          <w:rFonts w:ascii="Times New Roman" w:eastAsia="Times New Roman" w:hAnsi="Times New Roman"/>
          <w:b/>
          <w:color w:val="000000"/>
          <w:spacing w:val="10"/>
          <w:sz w:val="24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sz w:val="24"/>
          <w:lang w:val="cs-CZ"/>
        </w:rPr>
        <w:t>záměru</w:t>
      </w:r>
    </w:p>
    <w:p w14:paraId="030F326F" w14:textId="77777777" w:rsidR="009D7B07" w:rsidRPr="00B00484" w:rsidRDefault="00000000">
      <w:pPr>
        <w:wordWrap w:val="0"/>
        <w:autoSpaceDE w:val="0"/>
        <w:autoSpaceDN w:val="0"/>
        <w:spacing w:before="110" w:after="25" w:line="240" w:lineRule="exact"/>
        <w:ind w:left="1455"/>
        <w:rPr>
          <w:lang w:val="cs-CZ"/>
        </w:rPr>
      </w:pPr>
      <w:r w:rsidRPr="00B00484">
        <w:rPr>
          <w:rFonts w:ascii="Tahoma" w:eastAsia="Tahoma" w:hAnsi="Tahoma"/>
          <w:color w:val="000000"/>
          <w:sz w:val="24"/>
          <w:lang w:val="cs-CZ"/>
        </w:rPr>
        <w:t>na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pořízení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sociálních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4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dostupných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sz w:val="24"/>
          <w:lang w:val="cs-CZ"/>
        </w:rPr>
        <w:t>bytů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1"/>
          <w:sz w:val="24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sociálních</w:t>
      </w:r>
      <w:r w:rsidRPr="00B00484">
        <w:rPr>
          <w:rFonts w:ascii="Tahoma" w:eastAsia="Tahoma" w:hAnsi="Tahoma"/>
          <w:color w:val="000000"/>
          <w:spacing w:val="3"/>
          <w:sz w:val="24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smíšených</w:t>
      </w:r>
    </w:p>
    <w:p w14:paraId="790E84D1" w14:textId="77777777" w:rsidR="009D7B07" w:rsidRPr="00B00484" w:rsidRDefault="00000000">
      <w:pPr>
        <w:wordWrap w:val="0"/>
        <w:autoSpaceDE w:val="0"/>
        <w:autoSpaceDN w:val="0"/>
        <w:spacing w:before="50" w:after="79" w:line="240" w:lineRule="exact"/>
        <w:ind w:left="390"/>
        <w:rPr>
          <w:lang w:val="cs-CZ"/>
        </w:rPr>
      </w:pPr>
      <w:r w:rsidRPr="00B00484">
        <w:rPr>
          <w:rFonts w:ascii="Tahoma" w:eastAsia="Tahoma" w:hAnsi="Tahoma"/>
          <w:color w:val="000000"/>
          <w:w w:val="99"/>
          <w:sz w:val="24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dostupných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domů</w:t>
      </w:r>
      <w:r w:rsidRPr="00B00484">
        <w:rPr>
          <w:rFonts w:ascii="Times New Roman" w:eastAsia="Times New Roman" w:hAnsi="Times New Roman"/>
          <w:color w:val="000000"/>
          <w:spacing w:val="10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dle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nařízení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vlády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č</w:t>
      </w:r>
      <w:r w:rsidRPr="00B00484">
        <w:rPr>
          <w:rFonts w:ascii="Tahoma" w:eastAsia="Tahoma" w:hAnsi="Tahoma"/>
          <w:color w:val="000000"/>
          <w:spacing w:val="2"/>
          <w:sz w:val="24"/>
          <w:lang w:val="cs-CZ"/>
        </w:rPr>
        <w:t>.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1"/>
          <w:sz w:val="24"/>
          <w:lang w:val="cs-CZ"/>
        </w:rPr>
        <w:t>112</w:t>
      </w:r>
      <w:r w:rsidRPr="00B00484">
        <w:rPr>
          <w:rFonts w:ascii="Tahoma" w:eastAsia="Tahoma" w:hAnsi="Tahoma"/>
          <w:color w:val="000000"/>
          <w:spacing w:val="-2"/>
          <w:sz w:val="24"/>
          <w:lang w:val="cs-CZ"/>
        </w:rPr>
        <w:t>/</w:t>
      </w:r>
      <w:r w:rsidRPr="00B00484">
        <w:rPr>
          <w:rFonts w:ascii="Tahoma" w:eastAsia="Tahoma" w:hAnsi="Tahoma"/>
          <w:color w:val="000000"/>
          <w:sz w:val="24"/>
          <w:lang w:val="cs-CZ"/>
        </w:rPr>
        <w:t>2019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2"/>
          <w:sz w:val="24"/>
          <w:lang w:val="cs-CZ"/>
        </w:rPr>
        <w:t>Sb.,</w:t>
      </w:r>
      <w:r w:rsidRPr="00B00484">
        <w:rPr>
          <w:rFonts w:ascii="Times New Roman" w:eastAsia="Times New Roman" w:hAnsi="Times New Roman"/>
          <w:color w:val="000000"/>
          <w:spacing w:val="21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ve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znění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pozdějších</w:t>
      </w:r>
      <w:r w:rsidRPr="00B00484">
        <w:rPr>
          <w:rFonts w:ascii="Times New Roman" w:eastAsia="Times New Roman" w:hAnsi="Times New Roman"/>
          <w:color w:val="000000"/>
          <w:spacing w:val="15"/>
          <w:sz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4"/>
          <w:lang w:val="cs-CZ"/>
        </w:rPr>
        <w:t>předpisů</w:t>
      </w:r>
    </w:p>
    <w:p w14:paraId="3D0A447C" w14:textId="77777777" w:rsidR="009D7B07" w:rsidRPr="00B00484" w:rsidRDefault="009D7B07">
      <w:pPr>
        <w:wordWrap w:val="0"/>
        <w:autoSpaceDE w:val="0"/>
        <w:autoSpaceDN w:val="0"/>
        <w:spacing w:before="145" w:after="0" w:line="14" w:lineRule="exact"/>
        <w:rPr>
          <w:lang w:val="cs-CZ"/>
        </w:rPr>
      </w:pPr>
    </w:p>
    <w:tbl>
      <w:tblPr>
        <w:tblW w:w="0" w:type="auto"/>
        <w:tblInd w:w="200" w:type="dxa"/>
        <w:tblLayout w:type="fixed"/>
        <w:tblLook w:val="04A0" w:firstRow="1" w:lastRow="0" w:firstColumn="1" w:lastColumn="0" w:noHBand="0" w:noVBand="1"/>
      </w:tblPr>
      <w:tblGrid>
        <w:gridCol w:w="4112"/>
        <w:gridCol w:w="5247"/>
      </w:tblGrid>
      <w:tr w:rsidR="009D7B07" w:rsidRPr="00B00484" w14:paraId="5D3F7A37" w14:textId="77777777">
        <w:trPr>
          <w:trHeight w:hRule="exact" w:val="45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F20B82" w14:textId="77777777" w:rsidR="009D7B07" w:rsidRPr="00B00484" w:rsidRDefault="00000000">
            <w:pPr>
              <w:wordWrap w:val="0"/>
              <w:autoSpaceDE w:val="0"/>
              <w:autoSpaceDN w:val="0"/>
              <w:spacing w:before="82" w:after="0" w:line="212" w:lineRule="exact"/>
              <w:ind w:left="60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Název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w w:val="99"/>
                <w:sz w:val="20"/>
                <w:lang w:val="cs-CZ"/>
              </w:rPr>
              <w:t>i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nvestičního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záměru</w:t>
            </w:r>
            <w:r w:rsidRPr="00B00484">
              <w:rPr>
                <w:rFonts w:ascii="Tahoma" w:eastAsia="Tahoma" w:hAnsi="Tahoma"/>
                <w:b/>
                <w:color w:val="000000"/>
                <w:spacing w:val="3"/>
                <w:sz w:val="20"/>
                <w:vertAlign w:val="superscript"/>
                <w:lang w:val="cs-CZ"/>
              </w:rP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9B0587C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74CD6A58" w14:textId="77777777">
        <w:trPr>
          <w:trHeight w:hRule="exact" w:val="4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082C5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60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Smlouva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pacing w:val="1"/>
                <w:sz w:val="20"/>
                <w:lang w:val="cs-CZ"/>
              </w:rPr>
              <w:t>o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poskytnutí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dotace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proofErr w:type="spellStart"/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reg</w:t>
            </w:r>
            <w:proofErr w:type="spellEnd"/>
            <w:r w:rsidRPr="00B00484">
              <w:rPr>
                <w:rFonts w:ascii="Tahoma" w:eastAsia="Tahoma" w:hAnsi="Tahoma"/>
                <w:b/>
                <w:color w:val="000000"/>
                <w:spacing w:val="-2"/>
                <w:sz w:val="20"/>
                <w:lang w:val="cs-CZ"/>
              </w:rPr>
              <w:t>.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č</w:t>
            </w:r>
            <w:r w:rsidRPr="00B00484">
              <w:rPr>
                <w:rFonts w:ascii="Tahoma" w:eastAsia="Tahoma" w:hAnsi="Tahoma"/>
                <w:b/>
                <w:color w:val="000000"/>
                <w:spacing w:val="-2"/>
                <w:sz w:val="20"/>
                <w:lang w:val="cs-CZ"/>
              </w:rPr>
              <w:t>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0E5A3E6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2D780C23" w14:textId="77777777">
        <w:trPr>
          <w:trHeight w:hRule="exact" w:val="4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75B03A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60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Název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klienta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8F65718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265043B1" w14:textId="77777777">
        <w:trPr>
          <w:trHeight w:hRule="exact" w:val="40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765B13" w14:textId="77777777" w:rsidR="009D7B07" w:rsidRPr="00B00484" w:rsidRDefault="00000000">
            <w:pPr>
              <w:wordWrap w:val="0"/>
              <w:autoSpaceDE w:val="0"/>
              <w:autoSpaceDN w:val="0"/>
              <w:spacing w:before="95" w:after="0" w:line="200" w:lineRule="exact"/>
              <w:ind w:left="60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Adresa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sídla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klienta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490E93A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7041AD2C" w14:textId="77777777" w:rsidR="009D7B07" w:rsidRPr="00B00484" w:rsidRDefault="00000000">
      <w:pPr>
        <w:wordWrap w:val="0"/>
        <w:autoSpaceDE w:val="0"/>
        <w:autoSpaceDN w:val="0"/>
        <w:spacing w:before="277" w:after="82" w:line="220" w:lineRule="exact"/>
        <w:ind w:left="115"/>
        <w:rPr>
          <w:lang w:val="cs-CZ"/>
        </w:rPr>
      </w:pPr>
      <w:r w:rsidRPr="00B00484">
        <w:rPr>
          <w:rFonts w:ascii="Tahoma" w:eastAsia="Tahoma" w:hAnsi="Tahoma"/>
          <w:b/>
          <w:color w:val="000000"/>
          <w:lang w:val="cs-CZ"/>
        </w:rPr>
        <w:t>1</w:t>
      </w:r>
      <w:r w:rsidRPr="00B00484">
        <w:rPr>
          <w:rFonts w:ascii="Tahoma" w:eastAsia="Tahoma" w:hAnsi="Tahoma"/>
          <w:b/>
          <w:color w:val="000000"/>
          <w:spacing w:val="1"/>
          <w:lang w:val="cs-CZ"/>
        </w:rPr>
        <w:t>.</w:t>
      </w:r>
      <w:r w:rsidRPr="00B00484">
        <w:rPr>
          <w:rFonts w:ascii="Times New Roman" w:eastAsia="Times New Roman" w:hAnsi="Times New Roman"/>
          <w:b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u w:val="single"/>
          <w:lang w:val="cs-CZ"/>
        </w:rPr>
        <w:t xml:space="preserve">Přehled o </w:t>
      </w:r>
      <w:r w:rsidRPr="00B00484">
        <w:rPr>
          <w:rFonts w:ascii="Tahoma" w:eastAsia="Tahoma" w:hAnsi="Tahoma"/>
          <w:b/>
          <w:color w:val="000000"/>
          <w:w w:val="99"/>
          <w:u w:val="single"/>
          <w:lang w:val="cs-CZ"/>
        </w:rPr>
        <w:t>čerpání</w:t>
      </w:r>
      <w:r w:rsidRPr="00B00484">
        <w:rPr>
          <w:rFonts w:ascii="Tahoma" w:eastAsia="Tahoma" w:hAnsi="Tahoma"/>
          <w:b/>
          <w:color w:val="000000"/>
          <w:u w:val="single"/>
          <w:lang w:val="cs-CZ"/>
        </w:rPr>
        <w:t xml:space="preserve"> prostředků</w:t>
      </w:r>
    </w:p>
    <w:p w14:paraId="229D62F4" w14:textId="77777777" w:rsidR="009D7B07" w:rsidRPr="00B00484" w:rsidRDefault="00000000">
      <w:pPr>
        <w:wordWrap w:val="0"/>
        <w:autoSpaceDE w:val="0"/>
        <w:autoSpaceDN w:val="0"/>
        <w:spacing w:before="165" w:after="25" w:line="220" w:lineRule="exact"/>
        <w:ind w:left="45"/>
        <w:rPr>
          <w:lang w:val="cs-CZ"/>
        </w:rPr>
      </w:pPr>
      <w:r w:rsidRPr="00B00484">
        <w:rPr>
          <w:rFonts w:ascii="Tahoma" w:eastAsia="Tahoma" w:hAnsi="Tahoma"/>
          <w:color w:val="000000"/>
          <w:w w:val="101"/>
          <w:lang w:val="cs-CZ"/>
        </w:rPr>
        <w:t>(</w:t>
      </w:r>
      <w:r w:rsidRPr="00B00484">
        <w:rPr>
          <w:rFonts w:ascii="Tahoma" w:eastAsia="Tahoma" w:hAnsi="Tahoma"/>
          <w:color w:val="000000"/>
          <w:lang w:val="cs-CZ"/>
        </w:rPr>
        <w:t>doplňte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všechny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daňové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doklady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vztahující</w:t>
      </w:r>
      <w:r w:rsidRPr="00B00484">
        <w:rPr>
          <w:rFonts w:ascii="Times New Roman" w:eastAsia="Times New Roman" w:hAnsi="Times New Roman"/>
          <w:color w:val="000000"/>
          <w:spacing w:val="2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2"/>
          <w:lang w:val="cs-CZ"/>
        </w:rPr>
        <w:t>se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ke</w:t>
      </w:r>
      <w:r w:rsidRPr="00B00484">
        <w:rPr>
          <w:rFonts w:ascii="Times New Roman" w:eastAsia="Times New Roman" w:hAnsi="Times New Roman"/>
          <w:color w:val="000000"/>
          <w:spacing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způsobilým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5"/>
          <w:lang w:val="cs-CZ"/>
        </w:rPr>
        <w:t>i</w:t>
      </w:r>
      <w:r w:rsidRPr="00B00484">
        <w:rPr>
          <w:rFonts w:ascii="Times New Roman" w:eastAsia="Times New Roman" w:hAnsi="Times New Roman"/>
          <w:color w:val="000000"/>
          <w:spacing w:val="3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nezpůsobilým</w:t>
      </w:r>
      <w:r w:rsidRPr="00B00484">
        <w:rPr>
          <w:rFonts w:ascii="Times New Roman" w:eastAsia="Times New Roman" w:hAnsi="Times New Roman"/>
          <w:color w:val="000000"/>
          <w:spacing w:val="26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2"/>
          <w:lang w:val="cs-CZ"/>
        </w:rPr>
        <w:t>nákladům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realizace</w:t>
      </w:r>
    </w:p>
    <w:p w14:paraId="0AE9E8C2" w14:textId="77777777" w:rsidR="009D7B07" w:rsidRPr="00B00484" w:rsidRDefault="00000000">
      <w:pPr>
        <w:wordWrap w:val="0"/>
        <w:autoSpaceDE w:val="0"/>
        <w:autoSpaceDN w:val="0"/>
        <w:spacing w:before="50" w:after="23" w:line="220" w:lineRule="exact"/>
        <w:ind w:left="45"/>
        <w:rPr>
          <w:lang w:val="cs-CZ"/>
        </w:rPr>
      </w:pPr>
      <w:r w:rsidRPr="00B00484">
        <w:rPr>
          <w:rFonts w:ascii="Tahoma" w:eastAsia="Tahoma" w:hAnsi="Tahoma"/>
          <w:color w:val="000000"/>
          <w:w w:val="99"/>
          <w:lang w:val="cs-CZ"/>
        </w:rPr>
        <w:t>i</w:t>
      </w:r>
      <w:r w:rsidRPr="00B00484">
        <w:rPr>
          <w:rFonts w:ascii="Tahoma" w:eastAsia="Tahoma" w:hAnsi="Tahoma"/>
          <w:color w:val="000000"/>
          <w:lang w:val="cs-CZ"/>
        </w:rPr>
        <w:t>nvestičního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záměru</w:t>
      </w:r>
      <w:r w:rsidRPr="00B00484">
        <w:rPr>
          <w:rFonts w:ascii="Tahoma" w:eastAsia="Tahoma" w:hAnsi="Tahoma"/>
          <w:color w:val="000000"/>
          <w:spacing w:val="-2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dále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doložte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2"/>
          <w:lang w:val="cs-CZ"/>
        </w:rPr>
        <w:t>ty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daňové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1"/>
          <w:lang w:val="cs-CZ"/>
        </w:rPr>
        <w:t>doklady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vč</w:t>
      </w:r>
      <w:r w:rsidRPr="00B00484">
        <w:rPr>
          <w:rFonts w:ascii="Tahoma" w:eastAsia="Tahoma" w:hAnsi="Tahoma"/>
          <w:color w:val="000000"/>
          <w:spacing w:val="-2"/>
          <w:lang w:val="cs-CZ"/>
        </w:rPr>
        <w:t>.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výpisů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2"/>
          <w:lang w:val="cs-CZ"/>
        </w:rPr>
        <w:t>s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jejich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úhradou</w:t>
      </w:r>
      <w:r w:rsidRPr="00B00484">
        <w:rPr>
          <w:rFonts w:ascii="Tahoma" w:eastAsia="Tahoma" w:hAnsi="Tahoma"/>
          <w:color w:val="000000"/>
          <w:spacing w:val="-2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5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které</w:t>
      </w:r>
      <w:r w:rsidRPr="00B00484">
        <w:rPr>
          <w:rFonts w:ascii="Times New Roman" w:eastAsia="Times New Roman" w:hAnsi="Times New Roman"/>
          <w:color w:val="000000"/>
          <w:spacing w:val="4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nebyly</w:t>
      </w:r>
    </w:p>
    <w:p w14:paraId="4A932435" w14:textId="77777777" w:rsidR="009D7B07" w:rsidRPr="00B00484" w:rsidRDefault="00000000">
      <w:pPr>
        <w:wordWrap w:val="0"/>
        <w:autoSpaceDE w:val="0"/>
        <w:autoSpaceDN w:val="0"/>
        <w:spacing w:before="45" w:after="33" w:line="220" w:lineRule="exact"/>
        <w:ind w:left="45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předloženy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při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čerpání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podpory</w:t>
      </w:r>
      <w:r w:rsidRPr="00B00484">
        <w:rPr>
          <w:rFonts w:ascii="Tahoma" w:eastAsia="Tahoma" w:hAnsi="Tahoma"/>
          <w:color w:val="000000"/>
          <w:w w:val="101"/>
          <w:lang w:val="cs-CZ"/>
        </w:rPr>
        <w:t>)</w:t>
      </w:r>
    </w:p>
    <w:p w14:paraId="09E0D4E8" w14:textId="77777777" w:rsidR="009D7B07" w:rsidRPr="00B00484" w:rsidRDefault="009D7B07">
      <w:pPr>
        <w:wordWrap w:val="0"/>
        <w:autoSpaceDE w:val="0"/>
        <w:autoSpaceDN w:val="0"/>
        <w:spacing w:before="53" w:after="0" w:line="14" w:lineRule="exact"/>
        <w:rPr>
          <w:lang w:val="cs-CZ"/>
        </w:rPr>
      </w:pPr>
    </w:p>
    <w:tbl>
      <w:tblPr>
        <w:tblW w:w="0" w:type="auto"/>
        <w:tblInd w:w="55" w:type="dxa"/>
        <w:tblLayout w:type="fixed"/>
        <w:tblLook w:val="04A0" w:firstRow="1" w:lastRow="0" w:firstColumn="1" w:lastColumn="0" w:noHBand="0" w:noVBand="1"/>
      </w:tblPr>
      <w:tblGrid>
        <w:gridCol w:w="1510"/>
        <w:gridCol w:w="1256"/>
        <w:gridCol w:w="955"/>
        <w:gridCol w:w="1161"/>
        <w:gridCol w:w="355"/>
        <w:gridCol w:w="860"/>
        <w:gridCol w:w="656"/>
        <w:gridCol w:w="560"/>
        <w:gridCol w:w="955"/>
        <w:gridCol w:w="1236"/>
      </w:tblGrid>
      <w:tr w:rsidR="009D7B07" w:rsidRPr="00B00484" w14:paraId="002D6EBA" w14:textId="77777777">
        <w:trPr>
          <w:trHeight w:hRule="exact" w:val="390"/>
        </w:trPr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47EFB" w14:textId="77777777" w:rsidR="009D7B07" w:rsidRPr="00B00484" w:rsidRDefault="00000000">
            <w:pPr>
              <w:wordWrap w:val="0"/>
              <w:autoSpaceDE w:val="0"/>
              <w:autoSpaceDN w:val="0"/>
              <w:spacing w:before="139" w:after="0" w:line="200" w:lineRule="exact"/>
              <w:ind w:left="15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číslo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faktury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1"/>
                <w:sz w:val="20"/>
                <w:lang w:val="cs-CZ"/>
              </w:rPr>
              <w:t>/</w:t>
            </w:r>
          </w:p>
          <w:p w14:paraId="71982D96" w14:textId="77777777" w:rsidR="009D7B07" w:rsidRPr="00B00484" w:rsidRDefault="00000000">
            <w:pPr>
              <w:wordWrap w:val="0"/>
              <w:autoSpaceDE w:val="0"/>
              <w:autoSpaceDN w:val="0"/>
              <w:spacing w:before="100" w:after="0" w:line="200" w:lineRule="exact"/>
              <w:ind w:left="42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výpis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č</w:t>
            </w:r>
            <w:r w:rsidRPr="00B00484">
              <w:rPr>
                <w:rFonts w:ascii="Tahoma" w:eastAsia="Tahoma" w:hAnsi="Tahoma"/>
                <w:color w:val="000000"/>
                <w:w w:val="101"/>
                <w:sz w:val="20"/>
                <w:lang w:val="cs-CZ"/>
              </w:rPr>
              <w:t>.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9BB7D" w14:textId="77777777" w:rsidR="009D7B07" w:rsidRPr="00B00484" w:rsidRDefault="00000000">
            <w:pPr>
              <w:wordWrap w:val="0"/>
              <w:autoSpaceDE w:val="0"/>
              <w:autoSpaceDN w:val="0"/>
              <w:spacing w:before="289" w:after="0" w:line="200" w:lineRule="exact"/>
              <w:ind w:left="12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částka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v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Kč</w:t>
            </w:r>
          </w:p>
        </w:tc>
        <w:tc>
          <w:tcPr>
            <w:tcW w:w="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3AAF1B" w14:textId="77777777" w:rsidR="009D7B07" w:rsidRPr="00B00484" w:rsidRDefault="00000000">
            <w:pPr>
              <w:wordWrap w:val="0"/>
              <w:autoSpaceDE w:val="0"/>
              <w:autoSpaceDN w:val="0"/>
              <w:spacing w:before="139" w:after="0" w:line="200" w:lineRule="exact"/>
              <w:ind w:left="6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uhrazeno</w:t>
            </w:r>
          </w:p>
          <w:p w14:paraId="6A5C9305" w14:textId="77777777" w:rsidR="009D7B07" w:rsidRPr="00B00484" w:rsidRDefault="00000000">
            <w:pPr>
              <w:wordWrap w:val="0"/>
              <w:autoSpaceDE w:val="0"/>
              <w:autoSpaceDN w:val="0"/>
              <w:spacing w:before="100" w:after="0" w:line="200" w:lineRule="exact"/>
              <w:ind w:left="30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dne</w:t>
            </w:r>
          </w:p>
        </w:tc>
        <w:tc>
          <w:tcPr>
            <w:tcW w:w="57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11C73" w14:textId="77777777" w:rsidR="009D7B07" w:rsidRPr="00B00484" w:rsidRDefault="00000000">
            <w:pPr>
              <w:wordWrap w:val="0"/>
              <w:autoSpaceDE w:val="0"/>
              <w:autoSpaceDN w:val="0"/>
              <w:spacing w:before="104" w:after="0" w:line="200" w:lineRule="exact"/>
              <w:ind w:left="1721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finanční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zdroj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2"/>
                <w:sz w:val="20"/>
                <w:lang w:val="cs-CZ"/>
              </w:rPr>
              <w:t>v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Kč</w:t>
            </w:r>
          </w:p>
        </w:tc>
      </w:tr>
      <w:tr w:rsidR="009D7B07" w:rsidRPr="00B00484" w14:paraId="0E02960C" w14:textId="77777777">
        <w:trPr>
          <w:trHeight w:hRule="exact" w:val="370"/>
        </w:trPr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D8E4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4899FB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80607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1C1E32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21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Dotace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SFPI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BF5454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31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Úvěr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SFPI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13177F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47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vlastní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93C13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45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jiné</w:t>
            </w:r>
          </w:p>
        </w:tc>
      </w:tr>
      <w:tr w:rsidR="009D7B07" w:rsidRPr="00B00484" w14:paraId="0A0EAC74" w14:textId="77777777">
        <w:trPr>
          <w:trHeight w:hRule="exact" w:val="25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443087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AA8FA0C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8D945E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581DD93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21E1AF6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7FCF894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ED91BDD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415089CC" w14:textId="77777777">
        <w:trPr>
          <w:trHeight w:hRule="exact" w:val="255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FA9656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B6643EB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D48971E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4DA2069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F1A0CB3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565FD7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4BA11FB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7D3ACEF4" w14:textId="77777777">
        <w:trPr>
          <w:trHeight w:hRule="exact" w:val="25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9C3391E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172FDD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38178C1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9022E72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3BCBD4F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AB736C5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1BD10CF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14DAFC8A" w14:textId="77777777">
        <w:trPr>
          <w:trHeight w:hRule="exact" w:val="25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4226D49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7C7731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99736EF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9235926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C1FD6F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C871C4C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655639C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4F48A444" w14:textId="77777777">
        <w:trPr>
          <w:trHeight w:hRule="exact" w:val="25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016FBB2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CC2B307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45B0BCD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3E0A5D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C47184D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E7C0AB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7B469B9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52FC7D20" w14:textId="77777777">
        <w:trPr>
          <w:trHeight w:hRule="exact" w:val="255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0D2982D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A24B72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D937E4F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E614B14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58A28D1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04C98C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58E666E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42E6E804" w14:textId="77777777">
        <w:trPr>
          <w:trHeight w:hRule="exact" w:val="25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B59156F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39810E0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BCC3B23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5059EC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3A93C2C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E760B7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1A2F03B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2B504B41" w14:textId="77777777">
        <w:trPr>
          <w:trHeight w:hRule="exact" w:val="25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F5FC077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7675500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234843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3C11A0E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2117064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21175FB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2E80D3A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0B65EA05" w14:textId="77777777">
        <w:trPr>
          <w:trHeight w:hRule="exact" w:val="255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263C6A5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8C86D1B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C0E4B07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B60F116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10D8C8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FD58923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FAD90F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7B3EE68F" w14:textId="77777777">
        <w:trPr>
          <w:trHeight w:hRule="exact" w:val="261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FCF85ED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751B335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454D77D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5DBAB14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73F01D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736A4A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6580EDD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244D31C2" w14:textId="77777777">
        <w:trPr>
          <w:trHeight w:hRule="exact" w:val="260"/>
        </w:trPr>
        <w:tc>
          <w:tcPr>
            <w:tcW w:w="15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71FF795" w14:textId="77777777" w:rsidR="009D7B07" w:rsidRPr="00B00484" w:rsidRDefault="00000000">
            <w:pPr>
              <w:wordWrap w:val="0"/>
              <w:autoSpaceDE w:val="0"/>
              <w:autoSpaceDN w:val="0"/>
              <w:spacing w:before="34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součet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069DDE0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9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871D6E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24E57C7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28A2A70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21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98AC68D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219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BF01472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407A98DF" w14:textId="77777777" w:rsidR="009D7B07" w:rsidRPr="00B00484" w:rsidRDefault="009D7B07">
      <w:pPr>
        <w:wordWrap w:val="0"/>
        <w:autoSpaceDE w:val="0"/>
        <w:autoSpaceDN w:val="0"/>
        <w:spacing w:before="301" w:after="0" w:line="14" w:lineRule="exact"/>
        <w:rPr>
          <w:lang w:val="cs-CZ"/>
        </w:rPr>
      </w:pPr>
    </w:p>
    <w:tbl>
      <w:tblPr>
        <w:tblW w:w="0" w:type="auto"/>
        <w:tblInd w:w="55" w:type="dxa"/>
        <w:tblLayout w:type="fixed"/>
        <w:tblLook w:val="04A0" w:firstRow="1" w:lastRow="0" w:firstColumn="1" w:lastColumn="0" w:noHBand="0" w:noVBand="1"/>
      </w:tblPr>
      <w:tblGrid>
        <w:gridCol w:w="1846"/>
        <w:gridCol w:w="7658"/>
      </w:tblGrid>
      <w:tr w:rsidR="009D7B07" w:rsidRPr="00B00484" w14:paraId="6F097A62" w14:textId="77777777">
        <w:trPr>
          <w:trHeight w:hRule="exact" w:val="400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478219" w14:textId="77777777" w:rsidR="009D7B07" w:rsidRPr="00B00484" w:rsidRDefault="00000000">
            <w:pPr>
              <w:wordWrap w:val="0"/>
              <w:autoSpaceDE w:val="0"/>
              <w:autoSpaceDN w:val="0"/>
              <w:spacing w:before="91" w:after="0" w:line="18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18"/>
                <w:lang w:val="cs-CZ"/>
              </w:rPr>
              <w:t>Dotace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18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18"/>
                <w:lang w:val="cs-CZ"/>
              </w:rPr>
              <w:t>SFPI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456BFD0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5362AE04" w14:textId="77777777">
        <w:trPr>
          <w:trHeight w:hRule="exact" w:val="400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A8EA0D" w14:textId="77777777" w:rsidR="009D7B07" w:rsidRPr="00B00484" w:rsidRDefault="00000000">
            <w:pPr>
              <w:wordWrap w:val="0"/>
              <w:autoSpaceDE w:val="0"/>
              <w:autoSpaceDN w:val="0"/>
              <w:spacing w:before="91" w:after="0" w:line="18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w w:val="101"/>
                <w:sz w:val="18"/>
                <w:lang w:val="cs-CZ"/>
              </w:rPr>
              <w:t>Úvěr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18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w w:val="99"/>
                <w:sz w:val="18"/>
                <w:lang w:val="cs-CZ"/>
              </w:rPr>
              <w:t>SFPI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027D6A7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6ACABE1C" w14:textId="77777777">
        <w:trPr>
          <w:trHeight w:hRule="exact" w:val="400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BAB822" w14:textId="77777777" w:rsidR="009D7B07" w:rsidRPr="00B00484" w:rsidRDefault="00000000">
            <w:pPr>
              <w:wordWrap w:val="0"/>
              <w:autoSpaceDE w:val="0"/>
              <w:autoSpaceDN w:val="0"/>
              <w:spacing w:before="91" w:after="0" w:line="18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18"/>
                <w:lang w:val="cs-CZ"/>
              </w:rPr>
              <w:t>Vlastní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5369A50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689542BA" w14:textId="77777777">
        <w:trPr>
          <w:trHeight w:hRule="exact" w:val="400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EC2A36" w14:textId="77777777" w:rsidR="009D7B07" w:rsidRPr="00B00484" w:rsidRDefault="00000000">
            <w:pPr>
              <w:wordWrap w:val="0"/>
              <w:autoSpaceDE w:val="0"/>
              <w:autoSpaceDN w:val="0"/>
              <w:spacing w:before="91" w:after="0" w:line="18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18"/>
                <w:lang w:val="cs-CZ"/>
              </w:rPr>
              <w:t>Jiné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51C4524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25C13F81" w14:textId="77777777">
        <w:trPr>
          <w:trHeight w:hRule="exact" w:val="400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DD2CE" w14:textId="77777777" w:rsidR="009D7B07" w:rsidRPr="00B00484" w:rsidRDefault="00000000">
            <w:pPr>
              <w:wordWrap w:val="0"/>
              <w:autoSpaceDE w:val="0"/>
              <w:autoSpaceDN w:val="0"/>
              <w:spacing w:before="91" w:after="0" w:line="18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18"/>
                <w:lang w:val="cs-CZ"/>
              </w:rPr>
              <w:t>Celkem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5FCFEA2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01AE099D" w14:textId="77777777" w:rsidR="009D7B07" w:rsidRPr="00B00484" w:rsidRDefault="009D7B07">
      <w:pPr>
        <w:wordWrap w:val="0"/>
        <w:autoSpaceDE w:val="0"/>
        <w:autoSpaceDN w:val="0"/>
        <w:spacing w:before="296" w:after="0" w:line="14" w:lineRule="exact"/>
        <w:rPr>
          <w:lang w:val="cs-CZ"/>
        </w:rPr>
      </w:pPr>
    </w:p>
    <w:tbl>
      <w:tblPr>
        <w:tblW w:w="0" w:type="auto"/>
        <w:tblInd w:w="55" w:type="dxa"/>
        <w:tblLayout w:type="fixed"/>
        <w:tblLook w:val="04A0" w:firstRow="1" w:lastRow="0" w:firstColumn="1" w:lastColumn="0" w:noHBand="0" w:noVBand="1"/>
      </w:tblPr>
      <w:tblGrid>
        <w:gridCol w:w="6097"/>
        <w:gridCol w:w="3407"/>
      </w:tblGrid>
      <w:tr w:rsidR="009D7B07" w:rsidRPr="00B00484" w14:paraId="30A76F16" w14:textId="77777777">
        <w:trPr>
          <w:trHeight w:hRule="exact" w:val="616"/>
        </w:trPr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B38608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13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Financování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1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investičního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w w:val="99"/>
                <w:sz w:val="20"/>
                <w:lang w:val="cs-CZ"/>
              </w:rPr>
              <w:t>záměru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bylo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26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ukončeno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w w:val="101"/>
                <w:sz w:val="20"/>
                <w:lang w:val="cs-CZ"/>
              </w:rPr>
              <w:t>dne</w:t>
            </w:r>
          </w:p>
          <w:p w14:paraId="5E29AB03" w14:textId="77777777" w:rsidR="009D7B07" w:rsidRPr="00B00484" w:rsidRDefault="00000000">
            <w:pPr>
              <w:wordWrap w:val="0"/>
              <w:autoSpaceDE w:val="0"/>
              <w:autoSpaceDN w:val="0"/>
              <w:spacing w:before="45" w:after="0" w:line="200" w:lineRule="exact"/>
              <w:ind w:left="13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(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datum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posledního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finančního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vypořádání</w:t>
            </w:r>
            <w:r w:rsidRPr="00B00484">
              <w:rPr>
                <w:rFonts w:ascii="Tahoma" w:eastAsia="Tahoma" w:hAnsi="Tahoma"/>
                <w:color w:val="000000"/>
                <w:spacing w:val="7"/>
                <w:sz w:val="20"/>
                <w:lang w:val="cs-CZ"/>
              </w:rPr>
              <w:t>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F927535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225D6A26" w14:textId="77777777" w:rsidR="009D7B07" w:rsidRPr="00B00484" w:rsidRDefault="00000000">
      <w:pPr>
        <w:wordWrap w:val="0"/>
        <w:autoSpaceDE w:val="0"/>
        <w:autoSpaceDN w:val="0"/>
        <w:spacing w:before="277" w:after="82" w:line="220" w:lineRule="exact"/>
        <w:ind w:left="115"/>
        <w:rPr>
          <w:lang w:val="cs-CZ"/>
        </w:rPr>
      </w:pPr>
      <w:r w:rsidRPr="00B00484">
        <w:rPr>
          <w:rFonts w:ascii="Tahoma" w:eastAsia="Tahoma" w:hAnsi="Tahoma"/>
          <w:b/>
          <w:color w:val="000000"/>
          <w:lang w:val="cs-CZ"/>
        </w:rPr>
        <w:t>2</w:t>
      </w:r>
      <w:r w:rsidRPr="00B00484">
        <w:rPr>
          <w:rFonts w:ascii="Tahoma" w:eastAsia="Tahoma" w:hAnsi="Tahoma"/>
          <w:b/>
          <w:color w:val="000000"/>
          <w:spacing w:val="1"/>
          <w:lang w:val="cs-CZ"/>
        </w:rPr>
        <w:t>.</w:t>
      </w:r>
      <w:r w:rsidRPr="00B00484">
        <w:rPr>
          <w:rFonts w:ascii="Times New Roman" w:eastAsia="Times New Roman" w:hAnsi="Times New Roman"/>
          <w:b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spacing w:val="-1"/>
          <w:lang w:val="cs-CZ"/>
        </w:rPr>
        <w:t>Zpráva</w:t>
      </w:r>
      <w:r w:rsidRPr="00B00484">
        <w:rPr>
          <w:rFonts w:ascii="Times New Roman" w:eastAsia="Times New Roman" w:hAnsi="Times New Roman"/>
          <w:b/>
          <w:color w:val="000000"/>
          <w:spacing w:val="9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b/>
          <w:color w:val="000000"/>
          <w:spacing w:val="1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plnění</w:t>
      </w:r>
      <w:r w:rsidRPr="00B00484">
        <w:rPr>
          <w:rFonts w:ascii="Times New Roman" w:eastAsia="Times New Roman" w:hAnsi="Times New Roman"/>
          <w:b/>
          <w:color w:val="000000"/>
          <w:spacing w:val="1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cílů</w:t>
      </w:r>
      <w:r w:rsidRPr="00B00484">
        <w:rPr>
          <w:rFonts w:ascii="Times New Roman" w:eastAsia="Times New Roman" w:hAnsi="Times New Roman"/>
          <w:b/>
          <w:color w:val="000000"/>
          <w:spacing w:val="9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w w:val="101"/>
          <w:lang w:val="cs-CZ"/>
        </w:rPr>
        <w:t>programu</w:t>
      </w:r>
    </w:p>
    <w:p w14:paraId="74BDEE65" w14:textId="77777777" w:rsidR="009D7B07" w:rsidRPr="00B00484" w:rsidRDefault="00000000">
      <w:pPr>
        <w:wordWrap w:val="0"/>
        <w:autoSpaceDE w:val="0"/>
        <w:autoSpaceDN w:val="0"/>
        <w:spacing w:before="165" w:after="52" w:line="220" w:lineRule="exact"/>
        <w:ind w:left="3046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–vepište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dle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popisu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popis</w:t>
      </w:r>
      <w:r w:rsidRPr="00B00484">
        <w:rPr>
          <w:rFonts w:ascii="Times New Roman" w:eastAsia="Times New Roman" w:hAnsi="Times New Roman"/>
          <w:color w:val="000000"/>
          <w:spacing w:val="17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následně</w:t>
      </w:r>
      <w:r w:rsidRPr="00B00484">
        <w:rPr>
          <w:rFonts w:ascii="Times New Roman" w:eastAsia="Times New Roman" w:hAnsi="Times New Roman"/>
          <w:color w:val="000000"/>
          <w:spacing w:val="11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smažte–</w:t>
      </w:r>
    </w:p>
    <w:p w14:paraId="356F9A8B" w14:textId="77777777" w:rsidR="009D7B07" w:rsidRPr="00B00484" w:rsidRDefault="00000000">
      <w:pPr>
        <w:wordWrap w:val="0"/>
        <w:autoSpaceDE w:val="0"/>
        <w:autoSpaceDN w:val="0"/>
        <w:spacing w:before="105" w:after="22" w:line="220" w:lineRule="exact"/>
        <w:ind w:left="405"/>
        <w:rPr>
          <w:lang w:val="cs-CZ"/>
        </w:rPr>
      </w:pPr>
      <w:r w:rsidRPr="00B00484">
        <w:rPr>
          <w:rFonts w:ascii="Tahoma" w:eastAsia="Tahoma" w:hAnsi="Tahoma"/>
          <w:color w:val="000000"/>
          <w:w w:val="101"/>
          <w:lang w:val="cs-CZ"/>
        </w:rPr>
        <w:t>(</w:t>
      </w:r>
      <w:r w:rsidRPr="00B00484">
        <w:rPr>
          <w:rFonts w:ascii="Tahoma" w:eastAsia="Tahoma" w:hAnsi="Tahoma"/>
          <w:color w:val="000000"/>
          <w:lang w:val="cs-CZ"/>
        </w:rPr>
        <w:t>stručný</w:t>
      </w:r>
      <w:r w:rsidRPr="00B00484">
        <w:rPr>
          <w:rFonts w:ascii="Times New Roman" w:eastAsia="Times New Roman" w:hAnsi="Times New Roman"/>
          <w:color w:val="000000"/>
          <w:spacing w:val="1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popis</w:t>
      </w:r>
      <w:r w:rsidRPr="00B00484">
        <w:rPr>
          <w:rFonts w:ascii="Times New Roman" w:eastAsia="Times New Roman" w:hAnsi="Times New Roman"/>
          <w:color w:val="000000"/>
          <w:spacing w:val="1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průběhu</w:t>
      </w:r>
      <w:r w:rsidRPr="00B00484">
        <w:rPr>
          <w:rFonts w:ascii="Times New Roman" w:eastAsia="Times New Roman" w:hAnsi="Times New Roman"/>
          <w:color w:val="000000"/>
          <w:spacing w:val="12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investičního</w:t>
      </w:r>
      <w:r w:rsidRPr="00B00484">
        <w:rPr>
          <w:rFonts w:ascii="Times New Roman" w:eastAsia="Times New Roman" w:hAnsi="Times New Roman"/>
          <w:color w:val="000000"/>
          <w:spacing w:val="1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lang w:val="cs-CZ"/>
        </w:rPr>
        <w:t>záměru</w:t>
      </w:r>
      <w:r w:rsidRPr="00B00484">
        <w:rPr>
          <w:rFonts w:ascii="Tahoma" w:eastAsia="Tahoma" w:hAnsi="Tahoma"/>
          <w:color w:val="000000"/>
          <w:spacing w:val="-2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1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dosažené</w:t>
      </w:r>
      <w:r w:rsidRPr="00B00484">
        <w:rPr>
          <w:rFonts w:ascii="Times New Roman" w:eastAsia="Times New Roman" w:hAnsi="Times New Roman"/>
          <w:color w:val="000000"/>
          <w:spacing w:val="1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hodnoty</w:t>
      </w:r>
      <w:r w:rsidRPr="00B00484">
        <w:rPr>
          <w:rFonts w:ascii="Times New Roman" w:eastAsia="Times New Roman" w:hAnsi="Times New Roman"/>
          <w:color w:val="000000"/>
          <w:spacing w:val="1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parametrů</w:t>
      </w:r>
      <w:r w:rsidRPr="00B00484">
        <w:rPr>
          <w:rFonts w:ascii="Times New Roman" w:eastAsia="Times New Roman" w:hAnsi="Times New Roman"/>
          <w:color w:val="000000"/>
          <w:spacing w:val="1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1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lang w:val="cs-CZ"/>
        </w:rPr>
        <w:t>údaje</w:t>
      </w:r>
    </w:p>
    <w:p w14:paraId="15889819" w14:textId="77777777" w:rsidR="009D7B07" w:rsidRPr="00B00484" w:rsidRDefault="00000000">
      <w:pPr>
        <w:wordWrap w:val="0"/>
        <w:autoSpaceDE w:val="0"/>
        <w:autoSpaceDN w:val="0"/>
        <w:spacing w:before="45" w:after="313" w:line="220" w:lineRule="exact"/>
        <w:ind w:left="405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splnění</w:t>
      </w:r>
      <w:r w:rsidRPr="00B00484">
        <w:rPr>
          <w:rFonts w:ascii="Times New Roman" w:eastAsia="Times New Roman" w:hAnsi="Times New Roman"/>
          <w:color w:val="000000"/>
          <w:spacing w:val="16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podmínek</w:t>
      </w:r>
      <w:r w:rsidRPr="00B00484">
        <w:rPr>
          <w:rFonts w:ascii="Tahoma" w:eastAsia="Tahoma" w:hAnsi="Tahoma"/>
          <w:color w:val="000000"/>
          <w:spacing w:val="-3"/>
          <w:lang w:val="cs-CZ"/>
        </w:rPr>
        <w:t>):</w:t>
      </w:r>
    </w:p>
    <w:p w14:paraId="343FA324" w14:textId="77777777" w:rsidR="009D7B07" w:rsidRPr="00B00484" w:rsidRDefault="00000000">
      <w:pPr>
        <w:wordWrap w:val="0"/>
        <w:autoSpaceDE w:val="0"/>
        <w:autoSpaceDN w:val="0"/>
        <w:spacing w:before="627" w:after="146" w:line="227" w:lineRule="exact"/>
        <w:ind w:left="190"/>
        <w:rPr>
          <w:lang w:val="cs-CZ"/>
        </w:rPr>
      </w:pPr>
      <w:r w:rsidRPr="00B00484">
        <w:rPr>
          <w:rFonts w:ascii="Tahoma" w:eastAsia="Tahoma" w:hAnsi="Tahoma"/>
          <w:color w:val="000000"/>
          <w:spacing w:val="-1"/>
          <w:sz w:val="18"/>
          <w:vertAlign w:val="superscript"/>
          <w:lang w:val="cs-CZ"/>
        </w:rPr>
        <w:t>1</w:t>
      </w:r>
      <w:r w:rsidRPr="00B00484">
        <w:rPr>
          <w:rFonts w:ascii="Times New Roman" w:eastAsia="Times New Roman" w:hAnsi="Times New Roman"/>
          <w:color w:val="000000"/>
          <w:spacing w:val="25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2"/>
          <w:sz w:val="18"/>
          <w:lang w:val="cs-CZ"/>
        </w:rPr>
        <w:t>V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případě,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že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sz w:val="18"/>
          <w:lang w:val="cs-CZ"/>
        </w:rPr>
        <w:t>je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účelem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sz w:val="18"/>
          <w:lang w:val="cs-CZ"/>
        </w:rPr>
        <w:t>podpory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koupě,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sz w:val="18"/>
          <w:lang w:val="cs-CZ"/>
        </w:rPr>
        <w:t>vyplň</w:t>
      </w:r>
      <w:r w:rsidRPr="00B00484">
        <w:rPr>
          <w:rFonts w:ascii="Tahoma" w:eastAsia="Tahoma" w:hAnsi="Tahoma"/>
          <w:color w:val="000000"/>
          <w:sz w:val="18"/>
          <w:lang w:val="cs-CZ"/>
        </w:rPr>
        <w:t>te</w:t>
      </w:r>
      <w:r w:rsidRPr="00B00484">
        <w:rPr>
          <w:rFonts w:ascii="Times New Roman" w:eastAsia="Times New Roman" w:hAnsi="Times New Roman"/>
          <w:color w:val="000000"/>
          <w:spacing w:val="11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v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rámci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závěrečného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vyhodnocení</w:t>
      </w:r>
      <w:r w:rsidRPr="00B00484">
        <w:rPr>
          <w:rFonts w:ascii="Times New Roman" w:eastAsia="Times New Roman" w:hAnsi="Times New Roman"/>
          <w:color w:val="000000"/>
          <w:spacing w:val="12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sz w:val="18"/>
          <w:lang w:val="cs-CZ"/>
        </w:rPr>
        <w:t>pouze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relevantní</w:t>
      </w:r>
      <w:r w:rsidRPr="00B00484">
        <w:rPr>
          <w:rFonts w:ascii="Times New Roman" w:eastAsia="Times New Roman" w:hAnsi="Times New Roman"/>
          <w:color w:val="000000"/>
          <w:spacing w:val="10"/>
          <w:sz w:val="18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18"/>
          <w:lang w:val="cs-CZ"/>
        </w:rPr>
        <w:t>pole</w:t>
      </w:r>
      <w:r w:rsidRPr="00B00484">
        <w:rPr>
          <w:rFonts w:ascii="Tahoma" w:eastAsia="Tahoma" w:hAnsi="Tahoma"/>
          <w:color w:val="000000"/>
          <w:spacing w:val="-3"/>
          <w:sz w:val="18"/>
          <w:lang w:val="cs-CZ"/>
        </w:rPr>
        <w:t>.</w:t>
      </w:r>
    </w:p>
    <w:p w14:paraId="08626E6E" w14:textId="77777777" w:rsidR="009D7B07" w:rsidRPr="00B00484" w:rsidRDefault="00000000">
      <w:pPr>
        <w:wordWrap w:val="0"/>
        <w:autoSpaceDE w:val="0"/>
        <w:autoSpaceDN w:val="0"/>
        <w:spacing w:before="292" w:after="0" w:line="220" w:lineRule="exact"/>
        <w:ind w:left="8078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Stránka</w:t>
      </w:r>
      <w:r w:rsidRPr="00B00484">
        <w:rPr>
          <w:rFonts w:ascii="Times New Roman" w:eastAsia="Times New Roman" w:hAnsi="Times New Roman"/>
          <w:b/>
          <w:color w:val="000000"/>
          <w:spacing w:val="16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1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2"/>
          <w:lang w:val="cs-CZ"/>
        </w:rPr>
        <w:t>z</w:t>
      </w:r>
      <w:r w:rsidRPr="00B00484">
        <w:rPr>
          <w:rFonts w:ascii="Times New Roman" w:eastAsia="Times New Roman" w:hAnsi="Times New Roman"/>
          <w:b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spacing w:val="-5"/>
          <w:lang w:val="cs-CZ"/>
        </w:rPr>
        <w:t>2</w:t>
      </w:r>
    </w:p>
    <w:p w14:paraId="433316FA" w14:textId="77777777" w:rsidR="009D7B07" w:rsidRPr="00B00484" w:rsidRDefault="009D7B07">
      <w:pPr>
        <w:spacing w:after="0"/>
        <w:rPr>
          <w:lang w:val="cs-CZ"/>
        </w:rPr>
        <w:sectPr w:rsidR="009D7B07" w:rsidRPr="00B00484">
          <w:pgSz w:w="11905" w:h="16840"/>
          <w:pgMar w:top="903" w:right="1158" w:bottom="519" w:left="1090" w:header="720" w:footer="720" w:gutter="0"/>
          <w:cols w:space="720" w:equalWidth="0">
            <w:col w:w="9657" w:space="0"/>
          </w:cols>
          <w:docGrid w:linePitch="360"/>
        </w:sectPr>
      </w:pPr>
    </w:p>
    <w:p w14:paraId="1A054452" w14:textId="77777777" w:rsidR="009D7B07" w:rsidRPr="00B00484" w:rsidRDefault="00000000">
      <w:pPr>
        <w:wordWrap w:val="0"/>
        <w:autoSpaceDE w:val="0"/>
        <w:autoSpaceDN w:val="0"/>
        <w:spacing w:after="415" w:line="14" w:lineRule="exact"/>
        <w:rPr>
          <w:lang w:val="cs-CZ"/>
        </w:rPr>
      </w:pPr>
      <w:r w:rsidRPr="00B00484">
        <w:rPr>
          <w:lang w:val="cs-CZ"/>
        </w:rPr>
        <w:lastRenderedPageBreak/>
        <w:drawing>
          <wp:anchor distT="0" distB="0" distL="0" distR="0" simplePos="0" relativeHeight="251767808" behindDoc="1" locked="0" layoutInCell="1" allowOverlap="1" wp14:anchorId="5607A836" wp14:editId="7ECD03CB">
            <wp:simplePos x="0" y="0"/>
            <wp:positionH relativeFrom="page">
              <wp:posOffset>990917</wp:posOffset>
            </wp:positionH>
            <wp:positionV relativeFrom="page">
              <wp:posOffset>3325241</wp:posOffset>
            </wp:positionV>
            <wp:extent cx="2982595" cy="15240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68832" behindDoc="1" locked="0" layoutInCell="1" allowOverlap="1" wp14:anchorId="1A177D55" wp14:editId="122FDFA7">
            <wp:simplePos x="0" y="0"/>
            <wp:positionH relativeFrom="page">
              <wp:posOffset>717867</wp:posOffset>
            </wp:positionH>
            <wp:positionV relativeFrom="page">
              <wp:posOffset>7514208</wp:posOffset>
            </wp:positionV>
            <wp:extent cx="6350" cy="5080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69856" behindDoc="1" locked="0" layoutInCell="1" allowOverlap="1" wp14:anchorId="51A3BEDE" wp14:editId="11DE2324">
            <wp:simplePos x="0" y="0"/>
            <wp:positionH relativeFrom="page">
              <wp:posOffset>717867</wp:posOffset>
            </wp:positionH>
            <wp:positionV relativeFrom="page">
              <wp:posOffset>7514208</wp:posOffset>
            </wp:positionV>
            <wp:extent cx="6350" cy="5080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0880" behindDoc="1" locked="0" layoutInCell="1" allowOverlap="1" wp14:anchorId="11F6E36A" wp14:editId="477F09FC">
            <wp:simplePos x="0" y="0"/>
            <wp:positionH relativeFrom="page">
              <wp:posOffset>724217</wp:posOffset>
            </wp:positionH>
            <wp:positionV relativeFrom="page">
              <wp:posOffset>7514208</wp:posOffset>
            </wp:positionV>
            <wp:extent cx="5933440" cy="7620"/>
            <wp:effectExtent l="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1904" behindDoc="1" locked="0" layoutInCell="1" allowOverlap="1" wp14:anchorId="6FAEF664" wp14:editId="262F3F1C">
            <wp:simplePos x="0" y="0"/>
            <wp:positionH relativeFrom="page">
              <wp:posOffset>6657720</wp:posOffset>
            </wp:positionH>
            <wp:positionV relativeFrom="page">
              <wp:posOffset>7514208</wp:posOffset>
            </wp:positionV>
            <wp:extent cx="6350" cy="6350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2928" behindDoc="1" locked="0" layoutInCell="1" allowOverlap="1" wp14:anchorId="7D94D47C" wp14:editId="51A8858B">
            <wp:simplePos x="0" y="0"/>
            <wp:positionH relativeFrom="page">
              <wp:posOffset>6657720</wp:posOffset>
            </wp:positionH>
            <wp:positionV relativeFrom="page">
              <wp:posOffset>7514208</wp:posOffset>
            </wp:positionV>
            <wp:extent cx="6350" cy="6350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3952" behindDoc="1" locked="0" layoutInCell="1" allowOverlap="1" wp14:anchorId="4917FFEF" wp14:editId="38C256E1">
            <wp:simplePos x="0" y="0"/>
            <wp:positionH relativeFrom="page">
              <wp:posOffset>717867</wp:posOffset>
            </wp:positionH>
            <wp:positionV relativeFrom="page">
              <wp:posOffset>7520622</wp:posOffset>
            </wp:positionV>
            <wp:extent cx="10160" cy="1076960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16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4976" behindDoc="1" locked="0" layoutInCell="1" allowOverlap="1" wp14:anchorId="128BD487" wp14:editId="1964E9E8">
            <wp:simplePos x="0" y="0"/>
            <wp:positionH relativeFrom="page">
              <wp:posOffset>717867</wp:posOffset>
            </wp:positionH>
            <wp:positionV relativeFrom="page">
              <wp:posOffset>8597265</wp:posOffset>
            </wp:positionV>
            <wp:extent cx="6350" cy="6350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6000" behindDoc="1" locked="0" layoutInCell="1" allowOverlap="1" wp14:anchorId="4F6E18DC" wp14:editId="4DBC96DF">
            <wp:simplePos x="0" y="0"/>
            <wp:positionH relativeFrom="page">
              <wp:posOffset>717867</wp:posOffset>
            </wp:positionH>
            <wp:positionV relativeFrom="page">
              <wp:posOffset>8597265</wp:posOffset>
            </wp:positionV>
            <wp:extent cx="6350" cy="6350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7024" behindDoc="1" locked="0" layoutInCell="1" allowOverlap="1" wp14:anchorId="56F4D8E1" wp14:editId="0A3110D9">
            <wp:simplePos x="0" y="0"/>
            <wp:positionH relativeFrom="page">
              <wp:posOffset>724217</wp:posOffset>
            </wp:positionH>
            <wp:positionV relativeFrom="page">
              <wp:posOffset>8597265</wp:posOffset>
            </wp:positionV>
            <wp:extent cx="5933440" cy="1016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8048" behindDoc="1" locked="0" layoutInCell="1" allowOverlap="1" wp14:anchorId="176017E5" wp14:editId="5C817578">
            <wp:simplePos x="0" y="0"/>
            <wp:positionH relativeFrom="page">
              <wp:posOffset>6657720</wp:posOffset>
            </wp:positionH>
            <wp:positionV relativeFrom="page">
              <wp:posOffset>7520622</wp:posOffset>
            </wp:positionV>
            <wp:extent cx="7620" cy="1076960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79072" behindDoc="1" locked="0" layoutInCell="1" allowOverlap="1" wp14:anchorId="6D846F28" wp14:editId="0CA94752">
            <wp:simplePos x="0" y="0"/>
            <wp:positionH relativeFrom="page">
              <wp:posOffset>6657720</wp:posOffset>
            </wp:positionH>
            <wp:positionV relativeFrom="page">
              <wp:posOffset>8597265</wp:posOffset>
            </wp:positionV>
            <wp:extent cx="6350" cy="8890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0096" behindDoc="1" locked="0" layoutInCell="1" allowOverlap="1" wp14:anchorId="5521DCF2" wp14:editId="0F2606AF">
            <wp:simplePos x="0" y="0"/>
            <wp:positionH relativeFrom="page">
              <wp:posOffset>6657720</wp:posOffset>
            </wp:positionH>
            <wp:positionV relativeFrom="page">
              <wp:posOffset>8597265</wp:posOffset>
            </wp:positionV>
            <wp:extent cx="6350" cy="8890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1120" behindDoc="1" locked="0" layoutInCell="1" allowOverlap="1" wp14:anchorId="40DB2816" wp14:editId="329DBCE5">
            <wp:simplePos x="0" y="0"/>
            <wp:positionH relativeFrom="page">
              <wp:posOffset>4723129</wp:posOffset>
            </wp:positionH>
            <wp:positionV relativeFrom="page">
              <wp:posOffset>3579176</wp:posOffset>
            </wp:positionV>
            <wp:extent cx="848360" cy="233045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2144" behindDoc="1" locked="0" layoutInCell="1" allowOverlap="1" wp14:anchorId="68645C0E" wp14:editId="6D2C6E22">
            <wp:simplePos x="0" y="0"/>
            <wp:positionH relativeFrom="page">
              <wp:posOffset>5660390</wp:posOffset>
            </wp:positionH>
            <wp:positionV relativeFrom="page">
              <wp:posOffset>3426841</wp:posOffset>
            </wp:positionV>
            <wp:extent cx="959485" cy="192405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9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3168" behindDoc="1" locked="0" layoutInCell="1" allowOverlap="1" wp14:anchorId="5C8A0184" wp14:editId="356905D6">
            <wp:simplePos x="0" y="0"/>
            <wp:positionH relativeFrom="page">
              <wp:posOffset>5660390</wp:posOffset>
            </wp:positionH>
            <wp:positionV relativeFrom="page">
              <wp:posOffset>3617341</wp:posOffset>
            </wp:positionV>
            <wp:extent cx="959485" cy="157480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4192" behindDoc="1" locked="0" layoutInCell="1" allowOverlap="1" wp14:anchorId="1911B744" wp14:editId="57B05AFB">
            <wp:simplePos x="0" y="0"/>
            <wp:positionH relativeFrom="page">
              <wp:posOffset>5660390</wp:posOffset>
            </wp:positionH>
            <wp:positionV relativeFrom="page">
              <wp:posOffset>3772851</wp:posOffset>
            </wp:positionV>
            <wp:extent cx="959485" cy="192405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9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5216" behindDoc="1" locked="0" layoutInCell="1" allowOverlap="1" wp14:anchorId="239F40A1" wp14:editId="2F7F141D">
            <wp:simplePos x="0" y="0"/>
            <wp:positionH relativeFrom="page">
              <wp:posOffset>4723129</wp:posOffset>
            </wp:positionH>
            <wp:positionV relativeFrom="page">
              <wp:posOffset>3970019</wp:posOffset>
            </wp:positionV>
            <wp:extent cx="848360" cy="245745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6240" behindDoc="1" locked="0" layoutInCell="1" allowOverlap="1" wp14:anchorId="39337C25" wp14:editId="072E6898">
            <wp:simplePos x="0" y="0"/>
            <wp:positionH relativeFrom="page">
              <wp:posOffset>5660390</wp:posOffset>
            </wp:positionH>
            <wp:positionV relativeFrom="page">
              <wp:posOffset>3970019</wp:posOffset>
            </wp:positionV>
            <wp:extent cx="959485" cy="245745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7264" behindDoc="1" locked="0" layoutInCell="1" allowOverlap="1" wp14:anchorId="1A6F37D5" wp14:editId="37BDAB17">
            <wp:simplePos x="0" y="0"/>
            <wp:positionH relativeFrom="page">
              <wp:posOffset>4723129</wp:posOffset>
            </wp:positionH>
            <wp:positionV relativeFrom="page">
              <wp:posOffset>4224020</wp:posOffset>
            </wp:positionV>
            <wp:extent cx="848360" cy="245745"/>
            <wp:effectExtent l="0" t="0" r="0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8288" behindDoc="1" locked="0" layoutInCell="1" allowOverlap="1" wp14:anchorId="02595A7D" wp14:editId="38F12BAD">
            <wp:simplePos x="0" y="0"/>
            <wp:positionH relativeFrom="page">
              <wp:posOffset>5660390</wp:posOffset>
            </wp:positionH>
            <wp:positionV relativeFrom="page">
              <wp:posOffset>4224020</wp:posOffset>
            </wp:positionV>
            <wp:extent cx="959485" cy="245745"/>
            <wp:effectExtent l="0" t="0" r="0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89312" behindDoc="1" locked="0" layoutInCell="1" allowOverlap="1" wp14:anchorId="17256385" wp14:editId="10679D5E">
            <wp:simplePos x="0" y="0"/>
            <wp:positionH relativeFrom="page">
              <wp:posOffset>4723129</wp:posOffset>
            </wp:positionH>
            <wp:positionV relativeFrom="page">
              <wp:posOffset>4478020</wp:posOffset>
            </wp:positionV>
            <wp:extent cx="848360" cy="245745"/>
            <wp:effectExtent l="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90336" behindDoc="1" locked="0" layoutInCell="1" allowOverlap="1" wp14:anchorId="720CCD87" wp14:editId="70359E97">
            <wp:simplePos x="0" y="0"/>
            <wp:positionH relativeFrom="page">
              <wp:posOffset>5660390</wp:posOffset>
            </wp:positionH>
            <wp:positionV relativeFrom="page">
              <wp:posOffset>4478020</wp:posOffset>
            </wp:positionV>
            <wp:extent cx="959485" cy="245745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91360" behindDoc="1" locked="0" layoutInCell="1" allowOverlap="1" wp14:anchorId="5411EC15" wp14:editId="4E9ACAC1">
            <wp:simplePos x="0" y="0"/>
            <wp:positionH relativeFrom="page">
              <wp:posOffset>4726304</wp:posOffset>
            </wp:positionH>
            <wp:positionV relativeFrom="page">
              <wp:posOffset>4906898</wp:posOffset>
            </wp:positionV>
            <wp:extent cx="1893570" cy="248920"/>
            <wp:effectExtent l="0" t="0" r="0" b="0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92384" behindDoc="1" locked="0" layoutInCell="1" allowOverlap="1" wp14:anchorId="236121E3" wp14:editId="605DB7C9">
            <wp:simplePos x="0" y="0"/>
            <wp:positionH relativeFrom="page">
              <wp:posOffset>4726304</wp:posOffset>
            </wp:positionH>
            <wp:positionV relativeFrom="page">
              <wp:posOffset>5564123</wp:posOffset>
            </wp:positionV>
            <wp:extent cx="1893570" cy="246380"/>
            <wp:effectExtent l="0" t="0" r="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93408" behindDoc="1" locked="0" layoutInCell="1" allowOverlap="1" wp14:anchorId="06608E50" wp14:editId="414042F1">
            <wp:simplePos x="0" y="0"/>
            <wp:positionH relativeFrom="page">
              <wp:posOffset>4726304</wp:posOffset>
            </wp:positionH>
            <wp:positionV relativeFrom="page">
              <wp:posOffset>6358254</wp:posOffset>
            </wp:positionV>
            <wp:extent cx="1893570" cy="246380"/>
            <wp:effectExtent l="0" t="0" r="0" b="0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484">
        <w:rPr>
          <w:lang w:val="cs-CZ"/>
        </w:rPr>
        <w:drawing>
          <wp:anchor distT="0" distB="0" distL="0" distR="0" simplePos="0" relativeHeight="251794432" behindDoc="1" locked="0" layoutInCell="1" allowOverlap="1" wp14:anchorId="5954F403" wp14:editId="2B21F67A">
            <wp:simplePos x="0" y="0"/>
            <wp:positionH relativeFrom="page">
              <wp:posOffset>4726304</wp:posOffset>
            </wp:positionH>
            <wp:positionV relativeFrom="page">
              <wp:posOffset>6745605</wp:posOffset>
            </wp:positionV>
            <wp:extent cx="1893570" cy="246380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ACCEA" w14:textId="77777777" w:rsidR="009D7B07" w:rsidRPr="00B00484" w:rsidRDefault="00000000">
      <w:pPr>
        <w:wordWrap w:val="0"/>
        <w:autoSpaceDE w:val="0"/>
        <w:autoSpaceDN w:val="0"/>
        <w:spacing w:before="857" w:after="87" w:line="220" w:lineRule="exact"/>
        <w:ind w:left="475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-</w:t>
      </w:r>
      <w:r w:rsidRPr="00B00484">
        <w:rPr>
          <w:rFonts w:ascii="Times New Roman" w:eastAsia="Times New Roman" w:hAnsi="Times New Roman"/>
          <w:color w:val="000000"/>
          <w:spacing w:val="151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stručný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výčet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realizovaných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prací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dosažené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cíle</w:t>
      </w:r>
      <w:r w:rsidRPr="00B00484">
        <w:rPr>
          <w:rFonts w:ascii="Tahoma" w:eastAsia="Tahoma" w:hAnsi="Tahoma"/>
          <w:color w:val="000000"/>
          <w:spacing w:val="2"/>
          <w:lang w:val="cs-CZ"/>
        </w:rPr>
        <w:t>;</w:t>
      </w:r>
    </w:p>
    <w:p w14:paraId="3A33FFA8" w14:textId="77777777" w:rsidR="009D7B07" w:rsidRPr="00B00484" w:rsidRDefault="00000000">
      <w:pPr>
        <w:wordWrap w:val="0"/>
        <w:autoSpaceDE w:val="0"/>
        <w:autoSpaceDN w:val="0"/>
        <w:spacing w:before="175" w:after="27" w:line="220" w:lineRule="exact"/>
        <w:ind w:left="475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-</w:t>
      </w:r>
      <w:r w:rsidRPr="00B00484">
        <w:rPr>
          <w:rFonts w:ascii="Times New Roman" w:eastAsia="Times New Roman" w:hAnsi="Times New Roman"/>
          <w:color w:val="000000"/>
          <w:spacing w:val="151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informace</w:t>
      </w:r>
      <w:r w:rsidRPr="00B00484">
        <w:rPr>
          <w:rFonts w:ascii="Times New Roman" w:eastAsia="Times New Roman" w:hAnsi="Times New Roman"/>
          <w:color w:val="000000"/>
          <w:spacing w:val="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povolení</w:t>
      </w:r>
      <w:r w:rsidRPr="00B00484">
        <w:rPr>
          <w:rFonts w:ascii="Times New Roman" w:eastAsia="Times New Roman" w:hAnsi="Times New Roman"/>
          <w:color w:val="000000"/>
          <w:spacing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stavby</w:t>
      </w:r>
      <w:r w:rsidRPr="00B00484">
        <w:rPr>
          <w:rFonts w:ascii="Times New Roman" w:eastAsia="Times New Roman" w:hAnsi="Times New Roman"/>
          <w:color w:val="000000"/>
          <w:spacing w:val="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4"/>
          <w:lang w:val="cs-CZ"/>
        </w:rPr>
        <w:t>(</w:t>
      </w:r>
      <w:r w:rsidRPr="00B00484">
        <w:rPr>
          <w:rFonts w:ascii="Tahoma" w:eastAsia="Tahoma" w:hAnsi="Tahoma"/>
          <w:color w:val="000000"/>
          <w:lang w:val="cs-CZ"/>
        </w:rPr>
        <w:t>informace</w:t>
      </w:r>
      <w:r w:rsidRPr="00B00484">
        <w:rPr>
          <w:rFonts w:ascii="Times New Roman" w:eastAsia="Times New Roman" w:hAnsi="Times New Roman"/>
          <w:color w:val="000000"/>
          <w:spacing w:val="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27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vydaném</w:t>
      </w:r>
      <w:r w:rsidRPr="00B00484">
        <w:rPr>
          <w:rFonts w:ascii="Times New Roman" w:eastAsia="Times New Roman" w:hAnsi="Times New Roman"/>
          <w:color w:val="000000"/>
          <w:spacing w:val="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pravomocné</w:t>
      </w:r>
      <w:r w:rsidRPr="00B00484">
        <w:rPr>
          <w:rFonts w:ascii="Times New Roman" w:eastAsia="Times New Roman" w:hAnsi="Times New Roman"/>
          <w:color w:val="000000"/>
          <w:spacing w:val="2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stavební</w:t>
      </w:r>
      <w:r w:rsidRPr="00B00484">
        <w:rPr>
          <w:rFonts w:ascii="Times New Roman" w:eastAsia="Times New Roman" w:hAnsi="Times New Roman"/>
          <w:color w:val="000000"/>
          <w:spacing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povolení</w:t>
      </w:r>
      <w:r w:rsidRPr="00B00484">
        <w:rPr>
          <w:rFonts w:ascii="Times New Roman" w:eastAsia="Times New Roman" w:hAnsi="Times New Roman"/>
          <w:color w:val="000000"/>
          <w:spacing w:val="2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1"/>
          <w:lang w:val="cs-CZ"/>
        </w:rPr>
        <w:t>nebo</w:t>
      </w:r>
    </w:p>
    <w:p w14:paraId="77E390EB" w14:textId="77777777" w:rsidR="009D7B07" w:rsidRPr="00B00484" w:rsidRDefault="00000000">
      <w:pPr>
        <w:wordWrap w:val="0"/>
        <w:autoSpaceDE w:val="0"/>
        <w:autoSpaceDN w:val="0"/>
        <w:spacing w:before="55" w:after="25" w:line="220" w:lineRule="exact"/>
        <w:ind w:left="760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uzavřená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veřejnoprávní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smlouva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4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provedení</w:t>
      </w:r>
      <w:r w:rsidRPr="00B00484">
        <w:rPr>
          <w:rFonts w:ascii="Times New Roman" w:eastAsia="Times New Roman" w:hAnsi="Times New Roman"/>
          <w:color w:val="000000"/>
          <w:spacing w:val="8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stavby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nebo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certifikát</w:t>
      </w:r>
      <w:r w:rsidRPr="00B00484">
        <w:rPr>
          <w:rFonts w:ascii="Times New Roman" w:eastAsia="Times New Roman" w:hAnsi="Times New Roman"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autorizovaného</w:t>
      </w:r>
    </w:p>
    <w:p w14:paraId="703B6CBF" w14:textId="77777777" w:rsidR="009D7B07" w:rsidRPr="00B00484" w:rsidRDefault="00000000">
      <w:pPr>
        <w:wordWrap w:val="0"/>
        <w:autoSpaceDE w:val="0"/>
        <w:autoSpaceDN w:val="0"/>
        <w:spacing w:before="50" w:after="87" w:line="220" w:lineRule="exact"/>
        <w:ind w:left="760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inspektora</w:t>
      </w:r>
      <w:r w:rsidRPr="00B00484">
        <w:rPr>
          <w:rFonts w:ascii="Times New Roman" w:eastAsia="Times New Roman" w:hAnsi="Times New Roman"/>
          <w:color w:val="000000"/>
          <w:spacing w:val="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nebo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lang w:val="cs-CZ"/>
        </w:rPr>
        <w:t>souhla</w:t>
      </w:r>
      <w:r w:rsidRPr="00B00484">
        <w:rPr>
          <w:rFonts w:ascii="Tahoma" w:eastAsia="Tahoma" w:hAnsi="Tahoma"/>
          <w:color w:val="000000"/>
          <w:spacing w:val="2"/>
          <w:lang w:val="cs-CZ"/>
        </w:rPr>
        <w:t>s</w:t>
      </w:r>
      <w:r w:rsidRPr="00B00484">
        <w:rPr>
          <w:rFonts w:ascii="Times New Roman" w:eastAsia="Times New Roman" w:hAnsi="Times New Roman"/>
          <w:color w:val="000000"/>
          <w:spacing w:val="1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2"/>
          <w:lang w:val="cs-CZ"/>
        </w:rPr>
        <w:t>s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provedením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ohlášené</w:t>
      </w:r>
      <w:r w:rsidRPr="00B00484">
        <w:rPr>
          <w:rFonts w:ascii="Times New Roman" w:eastAsia="Times New Roman" w:hAnsi="Times New Roman"/>
          <w:color w:val="000000"/>
          <w:spacing w:val="1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stavby</w:t>
      </w:r>
      <w:r w:rsidRPr="00B00484">
        <w:rPr>
          <w:rFonts w:ascii="Tahoma" w:eastAsia="Tahoma" w:hAnsi="Tahoma"/>
          <w:color w:val="000000"/>
          <w:spacing w:val="4"/>
          <w:lang w:val="cs-CZ"/>
        </w:rPr>
        <w:t>);</w:t>
      </w:r>
    </w:p>
    <w:p w14:paraId="32C7D273" w14:textId="77777777" w:rsidR="009D7B07" w:rsidRPr="00B00484" w:rsidRDefault="00000000">
      <w:pPr>
        <w:wordWrap w:val="0"/>
        <w:autoSpaceDE w:val="0"/>
        <w:autoSpaceDN w:val="0"/>
        <w:spacing w:before="175" w:after="27" w:line="220" w:lineRule="exact"/>
        <w:ind w:left="475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-</w:t>
      </w:r>
      <w:r w:rsidRPr="00B00484">
        <w:rPr>
          <w:rFonts w:ascii="Times New Roman" w:eastAsia="Times New Roman" w:hAnsi="Times New Roman"/>
          <w:color w:val="000000"/>
          <w:spacing w:val="151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stručné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zhodnocení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investičního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3"/>
          <w:lang w:val="cs-CZ"/>
        </w:rPr>
        <w:t>z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věcného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lang w:val="cs-CZ"/>
        </w:rPr>
        <w:t>(</w:t>
      </w:r>
      <w:r w:rsidRPr="00B00484">
        <w:rPr>
          <w:rFonts w:ascii="Tahoma" w:eastAsia="Tahoma" w:hAnsi="Tahoma"/>
          <w:color w:val="000000"/>
          <w:w w:val="99"/>
          <w:lang w:val="cs-CZ"/>
        </w:rPr>
        <w:t>přínosy</w:t>
      </w:r>
      <w:r w:rsidRPr="00B00484">
        <w:rPr>
          <w:rFonts w:ascii="Tahoma" w:eastAsia="Tahoma" w:hAnsi="Tahoma"/>
          <w:color w:val="000000"/>
          <w:spacing w:val="-1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zlepšení</w:t>
      </w:r>
      <w:r w:rsidRPr="00B00484">
        <w:rPr>
          <w:rFonts w:ascii="Tahoma" w:eastAsia="Tahoma" w:hAnsi="Tahoma"/>
          <w:color w:val="000000"/>
          <w:w w:val="99"/>
          <w:lang w:val="cs-CZ"/>
        </w:rPr>
        <w:t>),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finančního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lang w:val="cs-CZ"/>
        </w:rPr>
        <w:t>(</w:t>
      </w:r>
      <w:r w:rsidRPr="00B00484">
        <w:rPr>
          <w:rFonts w:ascii="Tahoma" w:eastAsia="Tahoma" w:hAnsi="Tahoma"/>
          <w:color w:val="000000"/>
          <w:lang w:val="cs-CZ"/>
        </w:rPr>
        <w:t>celkové</w:t>
      </w:r>
    </w:p>
    <w:p w14:paraId="36E15162" w14:textId="77777777" w:rsidR="009D7B07" w:rsidRPr="00B00484" w:rsidRDefault="00000000">
      <w:pPr>
        <w:wordWrap w:val="0"/>
        <w:autoSpaceDE w:val="0"/>
        <w:autoSpaceDN w:val="0"/>
        <w:spacing w:before="55" w:after="25" w:line="220" w:lineRule="exact"/>
        <w:ind w:left="760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náklady</w:t>
      </w:r>
      <w:r w:rsidRPr="00B00484">
        <w:rPr>
          <w:rFonts w:ascii="Tahoma" w:eastAsia="Tahoma" w:hAnsi="Tahoma"/>
          <w:color w:val="000000"/>
          <w:spacing w:val="-1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dotace,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úvěr</w:t>
      </w:r>
      <w:r w:rsidRPr="00B00484">
        <w:rPr>
          <w:rFonts w:ascii="Tahoma" w:eastAsia="Tahoma" w:hAnsi="Tahoma"/>
          <w:color w:val="000000"/>
          <w:w w:val="99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vlastní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náklady</w:t>
      </w:r>
      <w:r w:rsidRPr="00B00484">
        <w:rPr>
          <w:rFonts w:ascii="Tahoma" w:eastAsia="Tahoma" w:hAnsi="Tahoma"/>
          <w:color w:val="000000"/>
          <w:spacing w:val="-1"/>
          <w:lang w:val="cs-CZ"/>
        </w:rPr>
        <w:t>,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investiční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5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neinvestiční</w:t>
      </w:r>
      <w:r w:rsidRPr="00B00484">
        <w:rPr>
          <w:rFonts w:ascii="Times New Roman" w:eastAsia="Times New Roman" w:hAnsi="Times New Roman"/>
          <w:color w:val="0000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náklady</w:t>
      </w:r>
      <w:r w:rsidRPr="00B00484">
        <w:rPr>
          <w:rFonts w:ascii="Times New Roman" w:eastAsia="Times New Roman" w:hAnsi="Times New Roman"/>
          <w:color w:val="000000"/>
          <w:spacing w:val="1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–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5"/>
          <w:lang w:val="cs-CZ"/>
        </w:rPr>
        <w:t>v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souladu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pacing w:val="-3"/>
          <w:lang w:val="cs-CZ"/>
        </w:rPr>
        <w:t>s</w:t>
      </w:r>
      <w:r w:rsidRPr="00B00484">
        <w:rPr>
          <w:rFonts w:ascii="Times New Roman" w:eastAsia="Times New Roman" w:hAnsi="Times New Roman"/>
          <w:color w:val="000000"/>
          <w:spacing w:val="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údaji</w:t>
      </w:r>
    </w:p>
    <w:p w14:paraId="7CFBDAA4" w14:textId="77777777" w:rsidR="009D7B07" w:rsidRPr="00B00484" w:rsidRDefault="00000000">
      <w:pPr>
        <w:wordWrap w:val="0"/>
        <w:autoSpaceDE w:val="0"/>
        <w:autoSpaceDN w:val="0"/>
        <w:spacing w:before="50" w:after="27" w:line="220" w:lineRule="exact"/>
        <w:ind w:left="760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stanovenými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Smlouvou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poskytnutí</w:t>
      </w:r>
      <w:r w:rsidRPr="00B00484">
        <w:rPr>
          <w:rFonts w:ascii="Times New Roman" w:eastAsia="Times New Roman" w:hAnsi="Times New Roman"/>
          <w:color w:val="000000"/>
          <w:spacing w:val="9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dotace</w:t>
      </w:r>
      <w:r w:rsidRPr="00B00484">
        <w:rPr>
          <w:rFonts w:ascii="Tahoma" w:eastAsia="Tahoma" w:hAnsi="Tahoma"/>
          <w:color w:val="000000"/>
          <w:w w:val="101"/>
          <w:lang w:val="cs-CZ"/>
        </w:rPr>
        <w:t>)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9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časového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hlediska</w:t>
      </w:r>
      <w:r w:rsidRPr="00B00484">
        <w:rPr>
          <w:rFonts w:ascii="Times New Roman" w:eastAsia="Times New Roman" w:hAnsi="Times New Roman"/>
          <w:color w:val="000000"/>
          <w:spacing w:val="10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101"/>
          <w:lang w:val="cs-CZ"/>
        </w:rPr>
        <w:t>(</w:t>
      </w:r>
      <w:r w:rsidRPr="00B00484">
        <w:rPr>
          <w:rFonts w:ascii="Tahoma" w:eastAsia="Tahoma" w:hAnsi="Tahoma"/>
          <w:color w:val="000000"/>
          <w:lang w:val="cs-CZ"/>
        </w:rPr>
        <w:t>plnění</w:t>
      </w:r>
      <w:r w:rsidRPr="00B00484">
        <w:rPr>
          <w:rFonts w:ascii="Times New Roman" w:eastAsia="Times New Roman" w:hAnsi="Times New Roman"/>
          <w:color w:val="000000"/>
          <w:spacing w:val="99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termínů</w:t>
      </w:r>
    </w:p>
    <w:p w14:paraId="64FFAEB3" w14:textId="77777777" w:rsidR="009D7B07" w:rsidRPr="00B00484" w:rsidRDefault="00000000">
      <w:pPr>
        <w:wordWrap w:val="0"/>
        <w:autoSpaceDE w:val="0"/>
        <w:autoSpaceDN w:val="0"/>
        <w:spacing w:before="55" w:after="88" w:line="220" w:lineRule="exact"/>
        <w:ind w:left="760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stanovených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Smlouvou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poskytnutí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dotace</w:t>
      </w:r>
      <w:r w:rsidRPr="00B00484">
        <w:rPr>
          <w:rFonts w:ascii="Tahoma" w:eastAsia="Tahoma" w:hAnsi="Tahoma"/>
          <w:color w:val="000000"/>
          <w:spacing w:val="2"/>
          <w:lang w:val="cs-CZ"/>
        </w:rPr>
        <w:t>);</w:t>
      </w:r>
    </w:p>
    <w:p w14:paraId="3FDE033C" w14:textId="77777777" w:rsidR="009D7B07" w:rsidRPr="00B00484" w:rsidRDefault="00000000">
      <w:pPr>
        <w:wordWrap w:val="0"/>
        <w:autoSpaceDE w:val="0"/>
        <w:autoSpaceDN w:val="0"/>
        <w:spacing w:before="175" w:after="25" w:line="220" w:lineRule="exact"/>
        <w:ind w:left="475"/>
        <w:rPr>
          <w:lang w:val="cs-CZ"/>
        </w:rPr>
      </w:pPr>
      <w:r w:rsidRPr="00B00484">
        <w:rPr>
          <w:rFonts w:ascii="Tahoma" w:eastAsia="Tahoma" w:hAnsi="Tahoma"/>
          <w:color w:val="000000"/>
          <w:lang w:val="cs-CZ"/>
        </w:rPr>
        <w:t>-</w:t>
      </w:r>
      <w:r w:rsidRPr="00B00484">
        <w:rPr>
          <w:rFonts w:ascii="Times New Roman" w:eastAsia="Times New Roman" w:hAnsi="Times New Roman"/>
          <w:color w:val="000000"/>
          <w:spacing w:val="151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informace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kontrolách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daného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projektu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provedených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příslušnými</w:t>
      </w:r>
      <w:r w:rsidRPr="00B00484">
        <w:rPr>
          <w:rFonts w:ascii="Times New Roman" w:eastAsia="Times New Roman" w:hAnsi="Times New Roman"/>
          <w:color w:val="000000"/>
          <w:spacing w:val="6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kontrolními</w:t>
      </w:r>
      <w:r w:rsidRPr="00B00484">
        <w:rPr>
          <w:rFonts w:ascii="Times New Roman" w:eastAsia="Times New Roman" w:hAnsi="Times New Roman"/>
          <w:color w:val="000000"/>
          <w:spacing w:val="6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orgány</w:t>
      </w:r>
    </w:p>
    <w:p w14:paraId="432EF874" w14:textId="77777777" w:rsidR="009D7B07" w:rsidRPr="00B00484" w:rsidRDefault="00000000">
      <w:pPr>
        <w:wordWrap w:val="0"/>
        <w:autoSpaceDE w:val="0"/>
        <w:autoSpaceDN w:val="0"/>
        <w:spacing w:before="50" w:after="147" w:line="220" w:lineRule="exact"/>
        <w:ind w:left="760"/>
        <w:rPr>
          <w:lang w:val="cs-CZ"/>
        </w:rPr>
      </w:pPr>
      <w:r w:rsidRPr="00B00484">
        <w:rPr>
          <w:rFonts w:ascii="Tahoma" w:eastAsia="Tahoma" w:hAnsi="Tahoma"/>
          <w:color w:val="000000"/>
          <w:w w:val="101"/>
          <w:lang w:val="cs-CZ"/>
        </w:rPr>
        <w:t>(</w:t>
      </w:r>
      <w:r w:rsidRPr="00B00484">
        <w:rPr>
          <w:rFonts w:ascii="Tahoma" w:eastAsia="Tahoma" w:hAnsi="Tahoma"/>
          <w:color w:val="000000"/>
          <w:lang w:val="cs-CZ"/>
        </w:rPr>
        <w:t>termín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4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lang w:val="cs-CZ"/>
        </w:rPr>
        <w:t>výsledek</w:t>
      </w:r>
      <w:r w:rsidRPr="00B00484">
        <w:rPr>
          <w:rFonts w:ascii="Times New Roman" w:eastAsia="Times New Roman" w:hAnsi="Times New Roman"/>
          <w:color w:val="000000"/>
          <w:spacing w:val="15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lang w:val="cs-CZ"/>
        </w:rPr>
        <w:t>kontroly</w:t>
      </w:r>
      <w:r w:rsidRPr="00B00484">
        <w:rPr>
          <w:rFonts w:ascii="Tahoma" w:eastAsia="Tahoma" w:hAnsi="Tahoma"/>
          <w:color w:val="000000"/>
          <w:spacing w:val="2"/>
          <w:lang w:val="cs-CZ"/>
        </w:rPr>
        <w:t>).</w:t>
      </w:r>
    </w:p>
    <w:p w14:paraId="7BFE43F1" w14:textId="77777777" w:rsidR="009D7B07" w:rsidRPr="00B00484" w:rsidRDefault="00000000">
      <w:pPr>
        <w:wordWrap w:val="0"/>
        <w:autoSpaceDE w:val="0"/>
        <w:autoSpaceDN w:val="0"/>
        <w:spacing w:before="295" w:after="66" w:line="220" w:lineRule="exact"/>
        <w:ind w:left="120"/>
        <w:rPr>
          <w:lang w:val="cs-CZ"/>
        </w:rPr>
      </w:pPr>
      <w:r w:rsidRPr="00B00484">
        <w:rPr>
          <w:rFonts w:ascii="Tahoma" w:eastAsia="Tahoma" w:hAnsi="Tahoma"/>
          <w:b/>
          <w:color w:val="000000"/>
          <w:lang w:val="cs-CZ"/>
        </w:rPr>
        <w:t>3</w:t>
      </w:r>
      <w:r w:rsidRPr="00B00484">
        <w:rPr>
          <w:rFonts w:ascii="Tahoma" w:eastAsia="Tahoma" w:hAnsi="Tahoma"/>
          <w:b/>
          <w:color w:val="000000"/>
          <w:spacing w:val="1"/>
          <w:lang w:val="cs-CZ"/>
        </w:rPr>
        <w:t>.</w:t>
      </w:r>
      <w:r w:rsidRPr="00B00484">
        <w:rPr>
          <w:rFonts w:ascii="Times New Roman" w:eastAsia="Times New Roman" w:hAnsi="Times New Roman"/>
          <w:b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w w:val="99"/>
          <w:lang w:val="cs-CZ"/>
        </w:rPr>
        <w:t>Smlouva</w:t>
      </w:r>
      <w:r w:rsidRPr="00B00484">
        <w:rPr>
          <w:rFonts w:ascii="Times New Roman" w:eastAsia="Times New Roman" w:hAnsi="Times New Roman"/>
          <w:b/>
          <w:color w:val="000000"/>
          <w:spacing w:val="9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o</w:t>
      </w:r>
      <w:r w:rsidRPr="00B00484">
        <w:rPr>
          <w:rFonts w:ascii="Times New Roman" w:eastAsia="Times New Roman" w:hAnsi="Times New Roman"/>
          <w:b/>
          <w:color w:val="000000"/>
          <w:spacing w:val="9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w w:val="101"/>
          <w:lang w:val="cs-CZ"/>
        </w:rPr>
        <w:t>dílo</w:t>
      </w:r>
      <w:r w:rsidRPr="00B00484">
        <w:rPr>
          <w:rFonts w:ascii="Times New Roman" w:eastAsia="Times New Roman" w:hAnsi="Times New Roman"/>
          <w:b/>
          <w:color w:val="000000"/>
          <w:spacing w:val="12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včetně</w:t>
      </w:r>
      <w:r w:rsidRPr="00B00484">
        <w:rPr>
          <w:rFonts w:ascii="Times New Roman" w:eastAsia="Times New Roman" w:hAnsi="Times New Roman"/>
          <w:b/>
          <w:color w:val="000000"/>
          <w:spacing w:val="9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případných</w:t>
      </w:r>
      <w:r w:rsidRPr="00B00484">
        <w:rPr>
          <w:rFonts w:ascii="Times New Roman" w:eastAsia="Times New Roman" w:hAnsi="Times New Roman"/>
          <w:b/>
          <w:color w:val="000000"/>
          <w:spacing w:val="12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lang w:val="cs-CZ"/>
        </w:rPr>
        <w:t>dodat</w:t>
      </w:r>
      <w:r w:rsidRPr="00B00484">
        <w:rPr>
          <w:rFonts w:ascii="Tahoma" w:eastAsia="Tahoma" w:hAnsi="Tahoma"/>
          <w:b/>
          <w:color w:val="000000"/>
          <w:spacing w:val="3"/>
          <w:lang w:val="cs-CZ"/>
        </w:rPr>
        <w:t>ků</w:t>
      </w:r>
    </w:p>
    <w:p w14:paraId="64817187" w14:textId="77777777" w:rsidR="009D7B07" w:rsidRPr="00B00484" w:rsidRDefault="009D7B07">
      <w:pPr>
        <w:wordWrap w:val="0"/>
        <w:autoSpaceDE w:val="0"/>
        <w:autoSpaceDN w:val="0"/>
        <w:spacing w:before="118" w:after="0" w:line="14" w:lineRule="exact"/>
        <w:rPr>
          <w:lang w:val="cs-CZ"/>
        </w:rPr>
      </w:pPr>
    </w:p>
    <w:tbl>
      <w:tblPr>
        <w:tblW w:w="0" w:type="auto"/>
        <w:tblInd w:w="45" w:type="dxa"/>
        <w:tblLayout w:type="fixed"/>
        <w:tblLook w:val="04A0" w:firstRow="1" w:lastRow="0" w:firstColumn="1" w:lastColumn="0" w:noHBand="0" w:noVBand="1"/>
      </w:tblPr>
      <w:tblGrid>
        <w:gridCol w:w="6237"/>
        <w:gridCol w:w="1476"/>
        <w:gridCol w:w="1656"/>
      </w:tblGrid>
      <w:tr w:rsidR="009D7B07" w:rsidRPr="00B00484" w14:paraId="731CF873" w14:textId="77777777">
        <w:trPr>
          <w:trHeight w:hRule="exact" w:val="855"/>
        </w:trPr>
        <w:tc>
          <w:tcPr>
            <w:tcW w:w="6237" w:type="dxa"/>
            <w:tcBorders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D4758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D6EC1D" w14:textId="77777777" w:rsidR="009D7B07" w:rsidRPr="00B00484" w:rsidRDefault="00000000">
            <w:pPr>
              <w:wordWrap w:val="0"/>
              <w:autoSpaceDE w:val="0"/>
              <w:autoSpaceDN w:val="0"/>
              <w:spacing w:before="334" w:after="0" w:line="200" w:lineRule="exact"/>
              <w:ind w:left="44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ze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dne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92CD2A7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460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hodnota</w:t>
            </w:r>
          </w:p>
          <w:p w14:paraId="379A1A66" w14:textId="77777777" w:rsidR="009D7B07" w:rsidRPr="00B00484" w:rsidRDefault="00000000">
            <w:pPr>
              <w:wordWrap w:val="0"/>
              <w:autoSpaceDE w:val="0"/>
              <w:autoSpaceDN w:val="0"/>
              <w:spacing w:before="40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smlouvy</w:t>
            </w:r>
            <w:r w:rsidRPr="00B00484">
              <w:rPr>
                <w:rFonts w:ascii="Tahoma" w:eastAsia="Tahoma" w:hAnsi="Tahoma"/>
                <w:color w:val="000000"/>
                <w:spacing w:val="-1"/>
                <w:sz w:val="20"/>
                <w:lang w:val="cs-CZ"/>
              </w:rPr>
              <w:t>/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dodatku</w:t>
            </w:r>
          </w:p>
          <w:p w14:paraId="2DF38AB4" w14:textId="77777777" w:rsidR="009D7B07" w:rsidRPr="00B00484" w:rsidRDefault="00000000">
            <w:pPr>
              <w:wordWrap w:val="0"/>
              <w:autoSpaceDE w:val="0"/>
              <w:autoSpaceDN w:val="0"/>
              <w:spacing w:before="45" w:after="0" w:line="200" w:lineRule="exact"/>
              <w:ind w:left="39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(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vč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.</w:t>
            </w:r>
            <w:r w:rsidRPr="00B00484">
              <w:rPr>
                <w:rFonts w:ascii="Times New Roman" w:eastAsia="Times New Roman" w:hAnsi="Times New Roman"/>
                <w:color w:val="000000"/>
                <w:spacing w:val="14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DPH</w:t>
            </w:r>
            <w:r w:rsidRPr="00B00484">
              <w:rPr>
                <w:rFonts w:ascii="Tahoma" w:eastAsia="Tahoma" w:hAnsi="Tahoma"/>
                <w:color w:val="000000"/>
                <w:spacing w:val="4"/>
                <w:sz w:val="20"/>
                <w:lang w:val="cs-CZ"/>
              </w:rPr>
              <w:t>)</w:t>
            </w:r>
          </w:p>
        </w:tc>
      </w:tr>
      <w:tr w:rsidR="009D7B07" w:rsidRPr="00B00484" w14:paraId="19CDD7A0" w14:textId="77777777">
        <w:trPr>
          <w:trHeight w:hRule="exact" w:val="40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74448C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13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Smlouva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pacing w:val="1"/>
                <w:sz w:val="20"/>
                <w:lang w:val="cs-CZ"/>
              </w:rPr>
              <w:t>o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dílo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C767092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6C97658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3B5D1FFE" w14:textId="77777777">
        <w:trPr>
          <w:trHeight w:hRule="exact" w:val="40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D5DDCF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13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Dodatek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9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č</w:t>
            </w:r>
            <w:r w:rsidRPr="00B00484">
              <w:rPr>
                <w:rFonts w:ascii="Tahoma" w:eastAsia="Tahoma" w:hAnsi="Tahoma"/>
                <w:b/>
                <w:color w:val="000000"/>
                <w:spacing w:val="2"/>
                <w:sz w:val="20"/>
                <w:lang w:val="cs-CZ"/>
              </w:rPr>
              <w:t>.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2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pacing w:val="-5"/>
                <w:sz w:val="20"/>
                <w:lang w:val="cs-CZ"/>
              </w:rPr>
              <w:t>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FAB0905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F85CED9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7DB83125" w14:textId="77777777">
        <w:trPr>
          <w:trHeight w:hRule="exact" w:val="40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A11FD9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13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Dodatek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9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č</w:t>
            </w:r>
            <w:r w:rsidRPr="00B00484">
              <w:rPr>
                <w:rFonts w:ascii="Tahoma" w:eastAsia="Tahoma" w:hAnsi="Tahoma"/>
                <w:b/>
                <w:color w:val="000000"/>
                <w:spacing w:val="2"/>
                <w:sz w:val="20"/>
                <w:lang w:val="cs-CZ"/>
              </w:rPr>
              <w:t>.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2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pacing w:val="-5"/>
                <w:sz w:val="20"/>
                <w:lang w:val="cs-CZ"/>
              </w:rPr>
              <w:t>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64FBA1A" w14:textId="77777777" w:rsidR="009D7B07" w:rsidRPr="00B00484" w:rsidRDefault="009D7B07">
            <w:pPr>
              <w:rPr>
                <w:lang w:val="cs-CZ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BA32B12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1E424FF4" w14:textId="77777777" w:rsidR="009D7B07" w:rsidRPr="00B00484" w:rsidRDefault="009D7B07">
      <w:pPr>
        <w:wordWrap w:val="0"/>
        <w:autoSpaceDE w:val="0"/>
        <w:autoSpaceDN w:val="0"/>
        <w:spacing w:before="256" w:after="0" w:line="14" w:lineRule="exact"/>
        <w:rPr>
          <w:lang w:val="cs-CZ"/>
        </w:rPr>
      </w:pPr>
    </w:p>
    <w:tbl>
      <w:tblPr>
        <w:tblW w:w="0" w:type="auto"/>
        <w:tblInd w:w="55" w:type="dxa"/>
        <w:tblLayout w:type="fixed"/>
        <w:tblLook w:val="04A0" w:firstRow="1" w:lastRow="0" w:firstColumn="1" w:lastColumn="0" w:noHBand="0" w:noVBand="1"/>
      </w:tblPr>
      <w:tblGrid>
        <w:gridCol w:w="6247"/>
        <w:gridCol w:w="3117"/>
      </w:tblGrid>
      <w:tr w:rsidR="009D7B07" w:rsidRPr="00B00484" w14:paraId="7E6AF157" w14:textId="77777777">
        <w:trPr>
          <w:trHeight w:hRule="exact" w:val="400"/>
        </w:trPr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212B0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13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Konečná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w w:val="99"/>
                <w:sz w:val="20"/>
                <w:lang w:val="cs-CZ"/>
              </w:rPr>
              <w:t>cena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díla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vč</w:t>
            </w:r>
            <w:r w:rsidRPr="00B00484">
              <w:rPr>
                <w:rFonts w:ascii="Tahoma" w:eastAsia="Tahoma" w:hAnsi="Tahoma"/>
                <w:b/>
                <w:color w:val="000000"/>
                <w:spacing w:val="2"/>
                <w:sz w:val="20"/>
                <w:lang w:val="cs-CZ"/>
              </w:rPr>
              <w:t>.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dodatků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793DBFA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67B9899E" w14:textId="77777777" w:rsidR="009D7B07" w:rsidRPr="00B00484" w:rsidRDefault="00000000">
      <w:pPr>
        <w:wordWrap w:val="0"/>
        <w:autoSpaceDE w:val="0"/>
        <w:autoSpaceDN w:val="0"/>
        <w:spacing w:before="277" w:after="63" w:line="220" w:lineRule="exact"/>
        <w:ind w:left="120"/>
        <w:rPr>
          <w:lang w:val="cs-CZ"/>
        </w:rPr>
      </w:pPr>
      <w:r w:rsidRPr="00B00484">
        <w:rPr>
          <w:rFonts w:ascii="Tahoma" w:eastAsia="Tahoma" w:hAnsi="Tahoma"/>
          <w:b/>
          <w:color w:val="000000"/>
          <w:lang w:val="cs-CZ"/>
        </w:rPr>
        <w:t>4</w:t>
      </w:r>
      <w:r w:rsidRPr="00B00484">
        <w:rPr>
          <w:rFonts w:ascii="Tahoma" w:eastAsia="Tahoma" w:hAnsi="Tahoma"/>
          <w:b/>
          <w:color w:val="000000"/>
          <w:spacing w:val="1"/>
          <w:lang w:val="cs-CZ"/>
        </w:rPr>
        <w:t>.</w:t>
      </w:r>
      <w:r w:rsidRPr="00B00484">
        <w:rPr>
          <w:rFonts w:ascii="Times New Roman" w:eastAsia="Times New Roman" w:hAnsi="Times New Roman"/>
          <w:b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u w:val="single"/>
          <w:lang w:val="cs-CZ"/>
        </w:rPr>
        <w:t>Dosažené</w:t>
      </w:r>
      <w:r w:rsidRPr="00B00484">
        <w:rPr>
          <w:rFonts w:ascii="Tahoma" w:eastAsia="Tahoma" w:hAnsi="Tahoma"/>
          <w:b/>
          <w:color w:val="000000"/>
          <w:spacing w:val="1"/>
          <w:u w:val="single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u w:val="single"/>
          <w:lang w:val="cs-CZ"/>
        </w:rPr>
        <w:t xml:space="preserve">hodnoty </w:t>
      </w:r>
      <w:r w:rsidRPr="00B00484">
        <w:rPr>
          <w:rFonts w:ascii="Tahoma" w:eastAsia="Tahoma" w:hAnsi="Tahoma"/>
          <w:b/>
          <w:color w:val="000000"/>
          <w:w w:val="101"/>
          <w:u w:val="single"/>
          <w:lang w:val="cs-CZ"/>
        </w:rPr>
        <w:t>parametrů</w:t>
      </w:r>
    </w:p>
    <w:p w14:paraId="53E16BB5" w14:textId="77777777" w:rsidR="009D7B07" w:rsidRPr="00B00484" w:rsidRDefault="009D7B07">
      <w:pPr>
        <w:wordWrap w:val="0"/>
        <w:autoSpaceDE w:val="0"/>
        <w:autoSpaceDN w:val="0"/>
        <w:spacing w:before="113" w:after="0" w:line="14" w:lineRule="exact"/>
        <w:rPr>
          <w:lang w:val="cs-CZ"/>
        </w:rPr>
      </w:pPr>
    </w:p>
    <w:tbl>
      <w:tblPr>
        <w:tblW w:w="0" w:type="auto"/>
        <w:tblInd w:w="60" w:type="dxa"/>
        <w:tblLayout w:type="fixed"/>
        <w:tblLook w:val="04A0" w:firstRow="1" w:lastRow="0" w:firstColumn="1" w:lastColumn="0" w:noHBand="0" w:noVBand="1"/>
      </w:tblPr>
      <w:tblGrid>
        <w:gridCol w:w="6242"/>
        <w:gridCol w:w="3117"/>
      </w:tblGrid>
      <w:tr w:rsidR="009D7B07" w:rsidRPr="00B00484" w14:paraId="7EF16E79" w14:textId="77777777">
        <w:trPr>
          <w:trHeight w:hRule="exact" w:val="615"/>
        </w:trPr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EDDB85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Počet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vzniklých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7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sociálních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6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bytových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jednotek</w:t>
            </w:r>
            <w:r w:rsidRPr="00B00484">
              <w:rPr>
                <w:rFonts w:ascii="Times New Roman" w:eastAsia="Times New Roman" w:hAnsi="Times New Roman"/>
                <w:color w:val="000000"/>
                <w:spacing w:val="10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(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pořízených</w:t>
            </w:r>
          </w:p>
          <w:p w14:paraId="050B2BDA" w14:textId="77777777" w:rsidR="009D7B07" w:rsidRPr="00B00484" w:rsidRDefault="00000000">
            <w:pPr>
              <w:wordWrap w:val="0"/>
              <w:autoSpaceDE w:val="0"/>
              <w:autoSpaceDN w:val="0"/>
              <w:spacing w:before="40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101"/>
                <w:sz w:val="20"/>
                <w:lang w:val="cs-CZ"/>
              </w:rPr>
              <w:t>s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podporou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89DF5F5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0F281A30" w14:textId="77777777" w:rsidR="009D7B07" w:rsidRPr="00B00484" w:rsidRDefault="00000000">
      <w:pPr>
        <w:wordWrap w:val="0"/>
        <w:autoSpaceDE w:val="0"/>
        <w:autoSpaceDN w:val="0"/>
        <w:spacing w:before="278" w:after="63" w:line="220" w:lineRule="exact"/>
        <w:ind w:left="120"/>
        <w:rPr>
          <w:lang w:val="cs-CZ"/>
        </w:rPr>
      </w:pPr>
      <w:r w:rsidRPr="00B00484">
        <w:rPr>
          <w:rFonts w:ascii="Tahoma" w:eastAsia="Tahoma" w:hAnsi="Tahoma"/>
          <w:b/>
          <w:color w:val="000000"/>
          <w:lang w:val="cs-CZ"/>
        </w:rPr>
        <w:t>5</w:t>
      </w:r>
      <w:r w:rsidRPr="00B00484">
        <w:rPr>
          <w:rFonts w:ascii="Tahoma" w:eastAsia="Tahoma" w:hAnsi="Tahoma"/>
          <w:b/>
          <w:color w:val="000000"/>
          <w:spacing w:val="1"/>
          <w:lang w:val="cs-CZ"/>
        </w:rPr>
        <w:t>.</w:t>
      </w:r>
      <w:r w:rsidRPr="00B00484">
        <w:rPr>
          <w:rFonts w:ascii="Times New Roman" w:eastAsia="Times New Roman" w:hAnsi="Times New Roman"/>
          <w:b/>
          <w:color w:val="000000"/>
          <w:spacing w:val="90"/>
          <w:lang w:val="cs-CZ"/>
        </w:rPr>
        <w:t xml:space="preserve"> </w:t>
      </w:r>
      <w:r w:rsidRPr="00B00484">
        <w:rPr>
          <w:rFonts w:ascii="Tahoma" w:eastAsia="Tahoma" w:hAnsi="Tahoma"/>
          <w:b/>
          <w:color w:val="000000"/>
          <w:u w:val="single"/>
          <w:lang w:val="cs-CZ"/>
        </w:rPr>
        <w:t xml:space="preserve">Dokončení </w:t>
      </w:r>
      <w:r w:rsidRPr="00B00484">
        <w:rPr>
          <w:rFonts w:ascii="Tahoma" w:eastAsia="Tahoma" w:hAnsi="Tahoma"/>
          <w:b/>
          <w:color w:val="000000"/>
          <w:w w:val="101"/>
          <w:u w:val="single"/>
          <w:lang w:val="cs-CZ"/>
        </w:rPr>
        <w:t>realizace</w:t>
      </w:r>
    </w:p>
    <w:p w14:paraId="10814B3A" w14:textId="77777777" w:rsidR="009D7B07" w:rsidRPr="00B00484" w:rsidRDefault="009D7B07">
      <w:pPr>
        <w:wordWrap w:val="0"/>
        <w:autoSpaceDE w:val="0"/>
        <w:autoSpaceDN w:val="0"/>
        <w:spacing w:before="113" w:after="0" w:line="14" w:lineRule="exact"/>
        <w:rPr>
          <w:lang w:val="cs-CZ"/>
        </w:rPr>
      </w:pPr>
    </w:p>
    <w:tbl>
      <w:tblPr>
        <w:tblW w:w="0" w:type="auto"/>
        <w:tblInd w:w="60" w:type="dxa"/>
        <w:tblLayout w:type="fixed"/>
        <w:tblLook w:val="04A0" w:firstRow="1" w:lastRow="0" w:firstColumn="1" w:lastColumn="0" w:noHBand="0" w:noVBand="1"/>
      </w:tblPr>
      <w:tblGrid>
        <w:gridCol w:w="6242"/>
        <w:gridCol w:w="3117"/>
      </w:tblGrid>
      <w:tr w:rsidR="009D7B07" w:rsidRPr="00B00484" w14:paraId="5C212C2C" w14:textId="77777777">
        <w:trPr>
          <w:trHeight w:hRule="exact" w:val="610"/>
        </w:trPr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2FB4DB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Termín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10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předání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9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staveniště</w:t>
            </w:r>
            <w:r w:rsidRPr="00B00484">
              <w:rPr>
                <w:rFonts w:ascii="Times New Roman" w:eastAsia="Times New Roman" w:hAnsi="Times New Roman"/>
                <w:color w:val="000000"/>
                <w:spacing w:val="13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(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podpis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předávacího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protokolu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díla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bez</w:t>
            </w:r>
          </w:p>
          <w:p w14:paraId="003A05A9" w14:textId="77777777" w:rsidR="009D7B07" w:rsidRPr="00B00484" w:rsidRDefault="00000000">
            <w:pPr>
              <w:wordWrap w:val="0"/>
              <w:autoSpaceDE w:val="0"/>
              <w:autoSpaceDN w:val="0"/>
              <w:spacing w:before="40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vad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a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nedodělků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CF7DE8A" w14:textId="77777777" w:rsidR="009D7B07" w:rsidRPr="00B00484" w:rsidRDefault="009D7B07">
            <w:pPr>
              <w:rPr>
                <w:lang w:val="cs-CZ"/>
              </w:rPr>
            </w:pPr>
          </w:p>
        </w:tc>
      </w:tr>
      <w:tr w:rsidR="009D7B07" w:rsidRPr="00B00484" w14:paraId="1EB4DBEF" w14:textId="77777777">
        <w:trPr>
          <w:trHeight w:hRule="exact" w:val="615"/>
        </w:trPr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A88C9E" w14:textId="77777777" w:rsidR="009D7B07" w:rsidRPr="00B00484" w:rsidRDefault="00000000">
            <w:pPr>
              <w:wordWrap w:val="0"/>
              <w:autoSpaceDE w:val="0"/>
              <w:autoSpaceDN w:val="0"/>
              <w:spacing w:before="94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Termín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2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dokončení</w:t>
            </w:r>
            <w:r w:rsidRPr="00B00484">
              <w:rPr>
                <w:rFonts w:ascii="Times New Roman" w:eastAsia="Times New Roman" w:hAnsi="Times New Roman"/>
                <w:b/>
                <w:color w:val="000000"/>
                <w:spacing w:val="24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b/>
                <w:color w:val="000000"/>
                <w:sz w:val="20"/>
                <w:lang w:val="cs-CZ"/>
              </w:rPr>
              <w:t>realizace</w:t>
            </w:r>
            <w:r w:rsidRPr="00B00484">
              <w:rPr>
                <w:rFonts w:ascii="Times New Roman" w:eastAsia="Times New Roman" w:hAnsi="Times New Roman"/>
                <w:color w:val="000000"/>
                <w:spacing w:val="28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2"/>
                <w:sz w:val="20"/>
                <w:lang w:val="cs-CZ"/>
              </w:rPr>
              <w:t>(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datum</w:t>
            </w:r>
            <w:r w:rsidRPr="00B00484">
              <w:rPr>
                <w:rFonts w:ascii="Times New Roman" w:eastAsia="Times New Roman" w:hAnsi="Times New Roman"/>
                <w:color w:val="000000"/>
                <w:spacing w:val="3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nabytí</w:t>
            </w:r>
            <w:r w:rsidRPr="00B00484">
              <w:rPr>
                <w:rFonts w:ascii="Times New Roman" w:eastAsia="Times New Roman" w:hAnsi="Times New Roman"/>
                <w:color w:val="000000"/>
                <w:spacing w:val="36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právní</w:t>
            </w:r>
            <w:r w:rsidRPr="00B00484">
              <w:rPr>
                <w:rFonts w:ascii="Times New Roman" w:eastAsia="Times New Roman" w:hAnsi="Times New Roman"/>
                <w:color w:val="000000"/>
                <w:spacing w:val="3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pacing w:val="-1"/>
                <w:sz w:val="20"/>
                <w:lang w:val="cs-CZ"/>
              </w:rPr>
              <w:t>moci</w:t>
            </w: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/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účinnosti</w:t>
            </w:r>
          </w:p>
          <w:p w14:paraId="0027742D" w14:textId="77777777" w:rsidR="009D7B07" w:rsidRPr="00B00484" w:rsidRDefault="00000000">
            <w:pPr>
              <w:wordWrap w:val="0"/>
              <w:autoSpaceDE w:val="0"/>
              <w:autoSpaceDN w:val="0"/>
              <w:spacing w:before="45" w:after="0" w:line="200" w:lineRule="exact"/>
              <w:ind w:left="65"/>
              <w:rPr>
                <w:lang w:val="cs-CZ"/>
              </w:rPr>
            </w:pPr>
            <w:r w:rsidRPr="00B00484">
              <w:rPr>
                <w:rFonts w:ascii="Tahoma" w:eastAsia="Tahoma" w:hAnsi="Tahoma"/>
                <w:color w:val="000000"/>
                <w:w w:val="99"/>
                <w:sz w:val="20"/>
                <w:lang w:val="cs-CZ"/>
              </w:rPr>
              <w:t>kolaudačního</w:t>
            </w:r>
            <w:r w:rsidRPr="00B00484">
              <w:rPr>
                <w:rFonts w:ascii="Times New Roman" w:eastAsia="Times New Roman" w:hAnsi="Times New Roman"/>
                <w:color w:val="000000"/>
                <w:spacing w:val="15"/>
                <w:sz w:val="20"/>
                <w:lang w:val="cs-CZ"/>
              </w:rPr>
              <w:t xml:space="preserve"> 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rozhodnutí</w:t>
            </w:r>
            <w:r w:rsidRPr="00B00484">
              <w:rPr>
                <w:rFonts w:ascii="Tahoma" w:eastAsia="Tahoma" w:hAnsi="Tahoma"/>
                <w:color w:val="000000"/>
                <w:spacing w:val="-1"/>
                <w:sz w:val="20"/>
                <w:lang w:val="cs-CZ"/>
              </w:rPr>
              <w:t>/</w:t>
            </w:r>
            <w:r w:rsidRPr="00B00484">
              <w:rPr>
                <w:rFonts w:ascii="Tahoma" w:eastAsia="Tahoma" w:hAnsi="Tahoma"/>
                <w:color w:val="000000"/>
                <w:sz w:val="20"/>
                <w:lang w:val="cs-CZ"/>
              </w:rPr>
              <w:t>souhlasu</w:t>
            </w:r>
            <w:r w:rsidRPr="00B00484">
              <w:rPr>
                <w:rFonts w:ascii="Tahoma" w:eastAsia="Tahoma" w:hAnsi="Tahoma"/>
                <w:color w:val="000000"/>
                <w:spacing w:val="7"/>
                <w:sz w:val="20"/>
                <w:lang w:val="cs-CZ"/>
              </w:rPr>
              <w:t>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4A08FAF" w14:textId="77777777" w:rsidR="009D7B07" w:rsidRPr="00B00484" w:rsidRDefault="009D7B07">
            <w:pPr>
              <w:rPr>
                <w:lang w:val="cs-CZ"/>
              </w:rPr>
            </w:pPr>
          </w:p>
        </w:tc>
      </w:tr>
    </w:tbl>
    <w:p w14:paraId="1B6619E2" w14:textId="77777777" w:rsidR="009D7B07" w:rsidRPr="00B00484" w:rsidRDefault="00000000">
      <w:pPr>
        <w:wordWrap w:val="0"/>
        <w:autoSpaceDE w:val="0"/>
        <w:autoSpaceDN w:val="0"/>
        <w:spacing w:before="949" w:after="203" w:line="200" w:lineRule="exact"/>
        <w:ind w:left="120"/>
        <w:rPr>
          <w:lang w:val="cs-CZ"/>
        </w:rPr>
      </w:pPr>
      <w:r w:rsidRPr="00B00484">
        <w:rPr>
          <w:rFonts w:ascii="Tahoma" w:eastAsia="Tahoma" w:hAnsi="Tahoma"/>
          <w:color w:val="000000"/>
          <w:sz w:val="20"/>
          <w:lang w:val="cs-CZ"/>
        </w:rPr>
        <w:t>V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0"/>
          <w:lang w:val="cs-CZ"/>
        </w:rPr>
        <w:t>……………………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sz w:val="20"/>
          <w:lang w:val="cs-CZ"/>
        </w:rPr>
        <w:t>dne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0"/>
          <w:lang w:val="cs-CZ"/>
        </w:rPr>
        <w:t>…………………</w:t>
      </w:r>
    </w:p>
    <w:p w14:paraId="36FBAD49" w14:textId="77777777" w:rsidR="009D7B07" w:rsidRPr="00B00484" w:rsidRDefault="00000000">
      <w:pPr>
        <w:wordWrap w:val="0"/>
        <w:autoSpaceDE w:val="0"/>
        <w:autoSpaceDN w:val="0"/>
        <w:spacing w:before="405" w:after="50" w:line="200" w:lineRule="exact"/>
        <w:ind w:left="120"/>
        <w:rPr>
          <w:lang w:val="cs-CZ"/>
        </w:rPr>
      </w:pPr>
      <w:r w:rsidRPr="00B00484">
        <w:rPr>
          <w:rFonts w:ascii="Tahoma" w:eastAsia="Tahoma" w:hAnsi="Tahoma"/>
          <w:color w:val="000000"/>
          <w:sz w:val="20"/>
          <w:lang w:val="cs-CZ"/>
        </w:rPr>
        <w:t>………………………………………………………………………………………………</w:t>
      </w:r>
    </w:p>
    <w:p w14:paraId="703391DC" w14:textId="77777777" w:rsidR="009D7B07" w:rsidRPr="00B00484" w:rsidRDefault="00000000">
      <w:pPr>
        <w:wordWrap w:val="0"/>
        <w:autoSpaceDE w:val="0"/>
        <w:autoSpaceDN w:val="0"/>
        <w:spacing w:before="100" w:after="1317" w:line="200" w:lineRule="exact"/>
        <w:ind w:left="120"/>
        <w:rPr>
          <w:lang w:val="cs-CZ"/>
        </w:rPr>
      </w:pPr>
      <w:r w:rsidRPr="00B00484">
        <w:rPr>
          <w:rFonts w:ascii="Tahoma" w:eastAsia="Tahoma" w:hAnsi="Tahoma"/>
          <w:color w:val="000000"/>
          <w:sz w:val="20"/>
          <w:lang w:val="cs-CZ"/>
        </w:rPr>
        <w:t>Jméno,</w:t>
      </w:r>
      <w:r w:rsidRPr="00B00484">
        <w:rPr>
          <w:rFonts w:ascii="Times New Roman" w:eastAsia="Times New Roman" w:hAnsi="Times New Roman"/>
          <w:color w:val="000000"/>
          <w:spacing w:val="14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sz w:val="20"/>
          <w:lang w:val="cs-CZ"/>
        </w:rPr>
        <w:t>příjmení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0"/>
          <w:lang w:val="cs-CZ"/>
        </w:rPr>
        <w:t>a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0"/>
          <w:lang w:val="cs-CZ"/>
        </w:rPr>
        <w:t>podpis</w:t>
      </w:r>
      <w:r w:rsidRPr="00B00484">
        <w:rPr>
          <w:rFonts w:ascii="Times New Roman" w:eastAsia="Times New Roman" w:hAnsi="Times New Roman"/>
          <w:color w:val="000000"/>
          <w:spacing w:val="10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0"/>
          <w:lang w:val="cs-CZ"/>
        </w:rPr>
        <w:t>oprávněného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sz w:val="20"/>
          <w:lang w:val="cs-CZ"/>
        </w:rPr>
        <w:t>zástupce</w:t>
      </w:r>
      <w:r w:rsidRPr="00B00484">
        <w:rPr>
          <w:rFonts w:ascii="Times New Roman" w:eastAsia="Times New Roman" w:hAnsi="Times New Roman"/>
          <w:color w:val="000000"/>
          <w:spacing w:val="15"/>
          <w:sz w:val="20"/>
          <w:lang w:val="cs-CZ"/>
        </w:rPr>
        <w:t xml:space="preserve"> </w:t>
      </w:r>
      <w:r w:rsidRPr="00B00484">
        <w:rPr>
          <w:rFonts w:ascii="Tahoma" w:eastAsia="Tahoma" w:hAnsi="Tahoma"/>
          <w:color w:val="000000"/>
          <w:w w:val="99"/>
          <w:sz w:val="20"/>
          <w:lang w:val="cs-CZ"/>
        </w:rPr>
        <w:t>klienta</w:t>
      </w:r>
      <w:r w:rsidRPr="00B00484">
        <w:rPr>
          <w:rFonts w:ascii="Tahoma" w:eastAsia="Tahoma" w:hAnsi="Tahoma"/>
          <w:color w:val="000000"/>
          <w:spacing w:val="4"/>
          <w:sz w:val="20"/>
          <w:lang w:val="cs-CZ"/>
        </w:rPr>
        <w:t>:</w:t>
      </w:r>
    </w:p>
    <w:p w14:paraId="056FA042" w14:textId="77777777" w:rsidR="009D7B07" w:rsidRDefault="00000000">
      <w:pPr>
        <w:wordWrap w:val="0"/>
        <w:autoSpaceDE w:val="0"/>
        <w:autoSpaceDN w:val="0"/>
        <w:spacing w:before="2634" w:after="0" w:line="220" w:lineRule="exact"/>
        <w:ind w:left="8083"/>
      </w:pPr>
      <w:r>
        <w:rPr>
          <w:rFonts w:ascii="Tahoma" w:eastAsia="Tahoma" w:hAnsi="Tahoma"/>
          <w:color w:val="000000"/>
        </w:rPr>
        <w:t>Stránka</w:t>
      </w:r>
      <w:r>
        <w:rPr>
          <w:rFonts w:ascii="Times New Roman" w:eastAsia="Times New Roman" w:hAnsi="Times New Roman"/>
          <w:b/>
          <w:color w:val="000000"/>
          <w:spacing w:val="16"/>
        </w:rPr>
        <w:t xml:space="preserve"> </w:t>
      </w:r>
      <w:r>
        <w:rPr>
          <w:rFonts w:ascii="Tahoma" w:eastAsia="Tahoma" w:hAnsi="Tahoma"/>
          <w:b/>
          <w:color w:val="000000"/>
        </w:rPr>
        <w:t>2</w:t>
      </w:r>
      <w:r>
        <w:rPr>
          <w:rFonts w:ascii="Times New Roman" w:eastAsia="Times New Roman" w:hAnsi="Times New Roman"/>
          <w:color w:val="000000"/>
          <w:spacing w:val="15"/>
        </w:rPr>
        <w:t xml:space="preserve"> </w:t>
      </w:r>
      <w:r>
        <w:rPr>
          <w:rFonts w:ascii="Tahoma" w:eastAsia="Tahoma" w:hAnsi="Tahoma"/>
          <w:color w:val="000000"/>
          <w:spacing w:val="2"/>
        </w:rPr>
        <w:t>z</w:t>
      </w:r>
      <w:r>
        <w:rPr>
          <w:rFonts w:ascii="Times New Roman" w:eastAsia="Times New Roman" w:hAnsi="Times New Roman"/>
          <w:b/>
          <w:color w:val="000000"/>
          <w:spacing w:val="15"/>
        </w:rPr>
        <w:t xml:space="preserve"> </w:t>
      </w:r>
      <w:r>
        <w:rPr>
          <w:rFonts w:ascii="Tahoma" w:eastAsia="Tahoma" w:hAnsi="Tahoma"/>
          <w:b/>
          <w:color w:val="000000"/>
          <w:spacing w:val="-5"/>
        </w:rPr>
        <w:t>2</w:t>
      </w:r>
    </w:p>
    <w:sectPr w:rsidR="009D7B07" w:rsidSect="00034616">
      <w:pgSz w:w="11905" w:h="16840"/>
      <w:pgMar w:top="832" w:right="1229" w:bottom="326" w:left="1085" w:header="720" w:footer="720" w:gutter="0"/>
      <w:cols w:space="720" w:equalWidth="0">
        <w:col w:w="9590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20757337-A9DF-4C51-BBEA-219FE5A4B794}"/>
    <w:embedBold r:id="rId2" w:fontKey="{DDE46EC2-983D-4FE0-BAB9-CF1C9B20836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4581221">
    <w:abstractNumId w:val="8"/>
  </w:num>
  <w:num w:numId="2" w16cid:durableId="1773626944">
    <w:abstractNumId w:val="6"/>
  </w:num>
  <w:num w:numId="3" w16cid:durableId="1007826027">
    <w:abstractNumId w:val="5"/>
  </w:num>
  <w:num w:numId="4" w16cid:durableId="1826816433">
    <w:abstractNumId w:val="4"/>
  </w:num>
  <w:num w:numId="5" w16cid:durableId="148445776">
    <w:abstractNumId w:val="7"/>
  </w:num>
  <w:num w:numId="6" w16cid:durableId="796290678">
    <w:abstractNumId w:val="3"/>
  </w:num>
  <w:num w:numId="7" w16cid:durableId="733283381">
    <w:abstractNumId w:val="2"/>
  </w:num>
  <w:num w:numId="8" w16cid:durableId="1143305067">
    <w:abstractNumId w:val="1"/>
  </w:num>
  <w:num w:numId="9" w16cid:durableId="39061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hyphenationZone w:val="425"/>
  <w:noPunctuationKerning/>
  <w:characterSpacingControl w:val="compressPunctuationAndJapaneseKana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7B07"/>
    <w:rsid w:val="00A161DC"/>
    <w:rsid w:val="00AA1D8D"/>
    <w:rsid w:val="00B0048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8044F"/>
  <w14:defaultImageDpi w14:val="300"/>
  <w15:docId w15:val="{EE444CDC-7FBD-4B35-ACA2-739C65D1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theme" Target="theme/theme1.xml"/><Relationship Id="rId5" Type="http://schemas.openxmlformats.org/officeDocument/2006/relationships/numbering" Target="numbering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7" Type="http://schemas.openxmlformats.org/officeDocument/2006/relationships/settings" Target="setting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8" Type="http://schemas.openxmlformats.org/officeDocument/2006/relationships/webSettings" Target="webSetting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3" Type="http://schemas.openxmlformats.org/officeDocument/2006/relationships/customXml" Target="../customXml/item3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90A19-F91B-44AD-9C30-0230DBCDD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CE8A3-F2B1-40CC-A789-AF8D1AA863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0DB3EA-E904-4216-B208-D5C803151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LightPDF</Company>
  <LinksUpToDate>false</LinksUpToDate>
  <CharactersWithSpaces>2626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LightPDF</dc:creator>
  <cp:keywords/>
  <dc:description>generated by LightPDF 20231008</dc:description>
  <cp:lastModifiedBy>Lukáčová Marie</cp:lastModifiedBy>
  <cp:revision>2</cp:revision>
  <dcterms:created xsi:type="dcterms:W3CDTF">2025-05-23T07:48:00Z</dcterms:created>
  <dcterms:modified xsi:type="dcterms:W3CDTF">2025-05-23T08:04:00Z</dcterms:modified>
  <cp:category/>
</cp:coreProperties>
</file>